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6391F" w14:textId="77777777" w:rsidR="00420053" w:rsidRPr="00CA1208" w:rsidRDefault="00000000" w:rsidP="00CA1208">
      <w:pPr>
        <w:spacing w:after="0" w:line="360" w:lineRule="auto"/>
        <w:jc w:val="center"/>
        <w:rPr>
          <w:rFonts w:ascii="Times New Roman" w:hAnsi="Times New Roman" w:cs="Times New Roman"/>
          <w:sz w:val="28"/>
          <w:szCs w:val="28"/>
        </w:rPr>
      </w:pPr>
      <w:r w:rsidRPr="00CA1208">
        <w:rPr>
          <w:rFonts w:ascii="Times New Roman" w:hAnsi="Times New Roman" w:cs="Times New Roman"/>
          <w:b/>
          <w:sz w:val="28"/>
          <w:szCs w:val="28"/>
        </w:rPr>
        <w:t>SOAL TKA SMK – PEMINDAH DAYA / RANTAI</w:t>
      </w:r>
    </w:p>
    <w:p w14:paraId="4879A4FA" w14:textId="77777777" w:rsidR="00CA1208" w:rsidRPr="00CA1208" w:rsidRDefault="00CA1208" w:rsidP="00CA1208">
      <w:pPr>
        <w:spacing w:after="0" w:line="360" w:lineRule="auto"/>
        <w:jc w:val="both"/>
        <w:rPr>
          <w:rFonts w:ascii="Times New Roman" w:hAnsi="Times New Roman" w:cs="Times New Roman"/>
          <w:sz w:val="24"/>
          <w:szCs w:val="24"/>
        </w:rPr>
      </w:pPr>
    </w:p>
    <w:p w14:paraId="0B1D2F4C" w14:textId="6D073498"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sz w:val="24"/>
          <w:szCs w:val="24"/>
        </w:rPr>
        <w:t>Petunjuk</w:t>
      </w:r>
      <w:proofErr w:type="spellEnd"/>
      <w:r w:rsidRPr="00CA1208">
        <w:rPr>
          <w:rFonts w:ascii="Times New Roman" w:hAnsi="Times New Roman" w:cs="Times New Roman"/>
          <w:sz w:val="24"/>
          <w:szCs w:val="24"/>
        </w:rPr>
        <w:t xml:space="preserve">: </w:t>
      </w:r>
      <w:proofErr w:type="spellStart"/>
      <w:r w:rsidRPr="00CA1208">
        <w:rPr>
          <w:rFonts w:ascii="Times New Roman" w:hAnsi="Times New Roman" w:cs="Times New Roman"/>
          <w:sz w:val="24"/>
          <w:szCs w:val="24"/>
        </w:rPr>
        <w:t>Untuk</w:t>
      </w:r>
      <w:proofErr w:type="spellEnd"/>
      <w:r w:rsidRPr="00CA1208">
        <w:rPr>
          <w:rFonts w:ascii="Times New Roman" w:hAnsi="Times New Roman" w:cs="Times New Roman"/>
          <w:sz w:val="24"/>
          <w:szCs w:val="24"/>
        </w:rPr>
        <w:t xml:space="preserve"> </w:t>
      </w:r>
      <w:proofErr w:type="spellStart"/>
      <w:r w:rsidRPr="00CA1208">
        <w:rPr>
          <w:rFonts w:ascii="Times New Roman" w:hAnsi="Times New Roman" w:cs="Times New Roman"/>
          <w:sz w:val="24"/>
          <w:szCs w:val="24"/>
        </w:rPr>
        <w:t>pilihan</w:t>
      </w:r>
      <w:proofErr w:type="spellEnd"/>
      <w:r w:rsidRPr="00CA1208">
        <w:rPr>
          <w:rFonts w:ascii="Times New Roman" w:hAnsi="Times New Roman" w:cs="Times New Roman"/>
          <w:sz w:val="24"/>
          <w:szCs w:val="24"/>
        </w:rPr>
        <w:t xml:space="preserve"> </w:t>
      </w:r>
      <w:proofErr w:type="spellStart"/>
      <w:r w:rsidRPr="00CA1208">
        <w:rPr>
          <w:rFonts w:ascii="Times New Roman" w:hAnsi="Times New Roman" w:cs="Times New Roman"/>
          <w:sz w:val="24"/>
          <w:szCs w:val="24"/>
        </w:rPr>
        <w:t>ganda</w:t>
      </w:r>
      <w:proofErr w:type="spellEnd"/>
      <w:r w:rsidRPr="00CA1208">
        <w:rPr>
          <w:rFonts w:ascii="Times New Roman" w:hAnsi="Times New Roman" w:cs="Times New Roman"/>
          <w:sz w:val="24"/>
          <w:szCs w:val="24"/>
        </w:rPr>
        <w:t xml:space="preserve">, pilih satu jawaban paling tepat. Untuk pilihan ganda kompleks, pilih </w:t>
      </w:r>
      <w:proofErr w:type="spellStart"/>
      <w:r w:rsidRPr="00CA1208">
        <w:rPr>
          <w:rFonts w:ascii="Times New Roman" w:hAnsi="Times New Roman" w:cs="Times New Roman"/>
          <w:sz w:val="24"/>
          <w:szCs w:val="24"/>
        </w:rPr>
        <w:t>semua</w:t>
      </w:r>
      <w:proofErr w:type="spellEnd"/>
      <w:r w:rsidRPr="00CA1208">
        <w:rPr>
          <w:rFonts w:ascii="Times New Roman" w:hAnsi="Times New Roman" w:cs="Times New Roman"/>
          <w:sz w:val="24"/>
          <w:szCs w:val="24"/>
        </w:rPr>
        <w:t xml:space="preserve"> </w:t>
      </w:r>
      <w:proofErr w:type="spellStart"/>
      <w:r w:rsidRPr="00CA1208">
        <w:rPr>
          <w:rFonts w:ascii="Times New Roman" w:hAnsi="Times New Roman" w:cs="Times New Roman"/>
          <w:sz w:val="24"/>
          <w:szCs w:val="24"/>
        </w:rPr>
        <w:t>jawaban</w:t>
      </w:r>
      <w:proofErr w:type="spellEnd"/>
      <w:r w:rsidRPr="00CA1208">
        <w:rPr>
          <w:rFonts w:ascii="Times New Roman" w:hAnsi="Times New Roman" w:cs="Times New Roman"/>
          <w:sz w:val="24"/>
          <w:szCs w:val="24"/>
        </w:rPr>
        <w:t xml:space="preserve"> yang </w:t>
      </w:r>
      <w:proofErr w:type="spellStart"/>
      <w:r w:rsidRPr="00CA1208">
        <w:rPr>
          <w:rFonts w:ascii="Times New Roman" w:hAnsi="Times New Roman" w:cs="Times New Roman"/>
          <w:sz w:val="24"/>
          <w:szCs w:val="24"/>
        </w:rPr>
        <w:t>benar</w:t>
      </w:r>
      <w:proofErr w:type="spellEnd"/>
      <w:r w:rsidRPr="00CA1208">
        <w:rPr>
          <w:rFonts w:ascii="Times New Roman" w:hAnsi="Times New Roman" w:cs="Times New Roman"/>
          <w:sz w:val="24"/>
          <w:szCs w:val="24"/>
        </w:rPr>
        <w:t>.</w:t>
      </w:r>
    </w:p>
    <w:p w14:paraId="06DA2DF3" w14:textId="77777777" w:rsidR="00CA1208" w:rsidRPr="00CA1208" w:rsidRDefault="00CA1208" w:rsidP="00CA1208">
      <w:pPr>
        <w:spacing w:after="0" w:line="360" w:lineRule="auto"/>
        <w:jc w:val="both"/>
        <w:rPr>
          <w:rFonts w:ascii="Times New Roman" w:hAnsi="Times New Roman" w:cs="Times New Roman"/>
          <w:sz w:val="24"/>
          <w:szCs w:val="24"/>
        </w:rPr>
      </w:pPr>
    </w:p>
    <w:p w14:paraId="79AC2057"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1. [Pilihan Ganda] </w:t>
      </w:r>
      <w:r w:rsidRPr="00CA1208">
        <w:rPr>
          <w:rFonts w:ascii="Times New Roman" w:hAnsi="Times New Roman" w:cs="Times New Roman"/>
          <w:sz w:val="24"/>
          <w:szCs w:val="24"/>
        </w:rPr>
        <w:t>Pada sebuah mesin, sproket penggerak memiliki 18 gigi dan berputar 1.200 rpm. Sproket yang digerakkan memiliki 54 gigi. Setelah mesin beroperasi, teknisi menginginkan putaran poros keluaran lebih tinggi tanpa mengganti sproket penggerak. Perubahan yang paling tepat adalah …</w:t>
      </w:r>
    </w:p>
    <w:p w14:paraId="5B61B07A"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memperkecil sproket penggerak menjadi 12 gigi</w:t>
      </w:r>
    </w:p>
    <w:p w14:paraId="4DBC105C"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memperkecil sproket yang digerakkan menjadi 36 gigi</w:t>
      </w:r>
    </w:p>
    <w:p w14:paraId="42CC83AC"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memperbesar sproket yang digerakkan menjadi 72 gigi</w:t>
      </w:r>
    </w:p>
    <w:p w14:paraId="3AE426B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menambah panjang rantai tanpa mengubah sproket</w:t>
      </w:r>
    </w:p>
    <w:p w14:paraId="5DAD1988" w14:textId="77777777" w:rsidR="00420053"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 xml:space="preserve">E. mengurangi tegangan </w:t>
      </w:r>
      <w:proofErr w:type="spellStart"/>
      <w:r w:rsidRPr="00CA1208">
        <w:rPr>
          <w:rFonts w:ascii="Times New Roman" w:hAnsi="Times New Roman" w:cs="Times New Roman"/>
          <w:sz w:val="24"/>
          <w:szCs w:val="24"/>
        </w:rPr>
        <w:t>rantai</w:t>
      </w:r>
      <w:proofErr w:type="spellEnd"/>
      <w:r w:rsidRPr="00CA1208">
        <w:rPr>
          <w:rFonts w:ascii="Times New Roman" w:hAnsi="Times New Roman" w:cs="Times New Roman"/>
          <w:sz w:val="24"/>
          <w:szCs w:val="24"/>
        </w:rPr>
        <w:t xml:space="preserve"> agar </w:t>
      </w:r>
      <w:proofErr w:type="spellStart"/>
      <w:r w:rsidRPr="00CA1208">
        <w:rPr>
          <w:rFonts w:ascii="Times New Roman" w:hAnsi="Times New Roman" w:cs="Times New Roman"/>
          <w:sz w:val="24"/>
          <w:szCs w:val="24"/>
        </w:rPr>
        <w:t>putaran</w:t>
      </w:r>
      <w:proofErr w:type="spellEnd"/>
      <w:r w:rsidRPr="00CA1208">
        <w:rPr>
          <w:rFonts w:ascii="Times New Roman" w:hAnsi="Times New Roman" w:cs="Times New Roman"/>
          <w:sz w:val="24"/>
          <w:szCs w:val="24"/>
        </w:rPr>
        <w:t xml:space="preserve"> </w:t>
      </w:r>
      <w:proofErr w:type="spellStart"/>
      <w:r w:rsidRPr="00CA1208">
        <w:rPr>
          <w:rFonts w:ascii="Times New Roman" w:hAnsi="Times New Roman" w:cs="Times New Roman"/>
          <w:sz w:val="24"/>
          <w:szCs w:val="24"/>
        </w:rPr>
        <w:t>meningkat</w:t>
      </w:r>
      <w:proofErr w:type="spellEnd"/>
    </w:p>
    <w:p w14:paraId="554A5BB4" w14:textId="77777777" w:rsidR="00CA1208" w:rsidRPr="00CA1208" w:rsidRDefault="00CA1208" w:rsidP="00CA1208">
      <w:pPr>
        <w:spacing w:after="0" w:line="360" w:lineRule="auto"/>
        <w:jc w:val="both"/>
        <w:rPr>
          <w:rFonts w:ascii="Times New Roman" w:hAnsi="Times New Roman" w:cs="Times New Roman"/>
          <w:sz w:val="24"/>
          <w:szCs w:val="24"/>
        </w:rPr>
      </w:pPr>
    </w:p>
    <w:p w14:paraId="54B97050"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Jawaban: </w:t>
      </w:r>
      <w:r w:rsidRPr="00CA1208">
        <w:rPr>
          <w:rFonts w:ascii="Times New Roman" w:hAnsi="Times New Roman" w:cs="Times New Roman"/>
          <w:sz w:val="24"/>
          <w:szCs w:val="24"/>
        </w:rPr>
        <w:t>B</w:t>
      </w:r>
    </w:p>
    <w:p w14:paraId="69169B34"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Rasio putaran rantai n2 = n1 × z1/z2. Awalnya 1.200 × 18/54 = 400 rpm. Jika sproket keluaran menjadi 36 gigi, n2 = 1.200 × 18/36 = 600 rpm. Jadi putaran keluaran meningkat tanpa mengubah sproket penggerak.</w:t>
      </w:r>
    </w:p>
    <w:p w14:paraId="234D1A8B" w14:textId="77777777" w:rsidR="00420053" w:rsidRPr="00CA1208" w:rsidRDefault="00420053" w:rsidP="00CA1208">
      <w:pPr>
        <w:spacing w:after="0" w:line="360" w:lineRule="auto"/>
        <w:jc w:val="both"/>
        <w:rPr>
          <w:rFonts w:ascii="Times New Roman" w:hAnsi="Times New Roman" w:cs="Times New Roman"/>
          <w:sz w:val="24"/>
          <w:szCs w:val="24"/>
        </w:rPr>
      </w:pPr>
    </w:p>
    <w:p w14:paraId="60001B9D"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2. [Pilihan Ganda] </w:t>
      </w:r>
      <w:r w:rsidRPr="00CA1208">
        <w:rPr>
          <w:rFonts w:ascii="Times New Roman" w:hAnsi="Times New Roman" w:cs="Times New Roman"/>
          <w:sz w:val="24"/>
          <w:szCs w:val="24"/>
        </w:rPr>
        <w:t>Suatu sistem rantai bekerja pada kondisi berdebu. Setelah beberapa minggu, terdengar suara berisik dan rantai tampak memanjang. Hasil pemeriksaan menunjukkan sproket masih memiliki profil gigi yang relatif baik, tetapi rantai memiliki keausan pada pin dan bushing. Tindakan perawatan yang paling tepat adalah …</w:t>
      </w:r>
    </w:p>
    <w:p w14:paraId="7F303D0F"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mengencangkan rantai sebanyak mungkin</w:t>
      </w:r>
    </w:p>
    <w:p w14:paraId="78A35F48"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mengganti rantai dan melakukan pelumasan sesuai spesifikasi</w:t>
      </w:r>
    </w:p>
    <w:p w14:paraId="2E8B50A8"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menggerinda semua gigi sproket</w:t>
      </w:r>
    </w:p>
    <w:p w14:paraId="31A20E7B"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mengurangi jumlah gigi sproket keluaran</w:t>
      </w:r>
    </w:p>
    <w:p w14:paraId="3112492B"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mengganti rantai dengan kawat baja biasa</w:t>
      </w:r>
    </w:p>
    <w:p w14:paraId="4C65AC57" w14:textId="77777777" w:rsidR="00CA1208" w:rsidRPr="00CA1208" w:rsidRDefault="00CA1208" w:rsidP="00CA1208">
      <w:pPr>
        <w:spacing w:after="0" w:line="360" w:lineRule="auto"/>
        <w:jc w:val="both"/>
        <w:rPr>
          <w:rFonts w:ascii="Times New Roman" w:hAnsi="Times New Roman" w:cs="Times New Roman"/>
          <w:b/>
          <w:sz w:val="24"/>
          <w:szCs w:val="24"/>
        </w:rPr>
      </w:pPr>
    </w:p>
    <w:p w14:paraId="258DD136" w14:textId="7B216D29"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B</w:t>
      </w:r>
    </w:p>
    <w:p w14:paraId="4C9FCF3F"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Keausan pin dan bushing menyebabkan pitch efektif rantai bertambah dan rantai memanjang. Solusi utama adalah mengganti rantai yang aus, kemudian memastikan pelumasan dan perlindungan dari kontaminan sesuai kondisi kerja.</w:t>
      </w:r>
    </w:p>
    <w:p w14:paraId="29DE7A6E" w14:textId="77777777" w:rsidR="00420053" w:rsidRPr="00CA1208" w:rsidRDefault="00420053" w:rsidP="00CA1208">
      <w:pPr>
        <w:spacing w:after="0" w:line="360" w:lineRule="auto"/>
        <w:jc w:val="both"/>
        <w:rPr>
          <w:rFonts w:ascii="Times New Roman" w:hAnsi="Times New Roman" w:cs="Times New Roman"/>
          <w:sz w:val="24"/>
          <w:szCs w:val="24"/>
        </w:rPr>
      </w:pPr>
    </w:p>
    <w:p w14:paraId="570B9FEE"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3. [Pilihan Ganda] </w:t>
      </w:r>
      <w:r w:rsidRPr="00CA1208">
        <w:rPr>
          <w:rFonts w:ascii="Times New Roman" w:hAnsi="Times New Roman" w:cs="Times New Roman"/>
          <w:sz w:val="24"/>
          <w:szCs w:val="24"/>
        </w:rPr>
        <w:t>Sebuah konveyor menggunakan sproket 20 gigi pada poros motor dan 60 gigi pada poros keluaran. Motor menghasilkan torsi 8 N·m pada 1.500 rpm. Abaikan rugi-rugi. Kesimpulan yang paling tepat tentang sistem tersebut adalah …</w:t>
      </w:r>
    </w:p>
    <w:p w14:paraId="740362B9"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putaran keluaran 500 rpm dan torsi keluaran sekitar 24 N·m</w:t>
      </w:r>
    </w:p>
    <w:p w14:paraId="40EF3750"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putaran keluaran 4.500 rpm dan torsi keluaran sekitar 2,67 N·m</w:t>
      </w:r>
    </w:p>
    <w:p w14:paraId="3429C55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lastRenderedPageBreak/>
        <w:t>C. putaran keluaran 500 rpm dan torsi keluaran sekitar 8 N·m</w:t>
      </w:r>
    </w:p>
    <w:p w14:paraId="4183725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putaran keluaran 1.500 rpm dan torsi keluaran sekitar 24 N·m</w:t>
      </w:r>
    </w:p>
    <w:p w14:paraId="6AC5689C"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putaran keluaran 500 rpm dan torsi keluaran sekitar 12 N·m</w:t>
      </w:r>
    </w:p>
    <w:p w14:paraId="298BFB29" w14:textId="77777777" w:rsidR="00CA1208" w:rsidRPr="00CA1208" w:rsidRDefault="00CA1208" w:rsidP="00CA1208">
      <w:pPr>
        <w:spacing w:after="0" w:line="360" w:lineRule="auto"/>
        <w:jc w:val="both"/>
        <w:rPr>
          <w:rFonts w:ascii="Times New Roman" w:hAnsi="Times New Roman" w:cs="Times New Roman"/>
          <w:b/>
          <w:sz w:val="24"/>
          <w:szCs w:val="24"/>
        </w:rPr>
      </w:pPr>
    </w:p>
    <w:p w14:paraId="324B2B0C" w14:textId="7391558D"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A</w:t>
      </w:r>
    </w:p>
    <w:p w14:paraId="08BF474D"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n2 = 1.500 × 20/60 = 500 rpm. Dengan mengabaikan rugi-rugi, daya dianggap tetap sehingga T2/T1 = n1/n2 = 1.500/500 = 3. Maka T2 = 8 × 3 = 24 N·m.</w:t>
      </w:r>
    </w:p>
    <w:p w14:paraId="2D1F0394" w14:textId="77777777" w:rsidR="00420053" w:rsidRPr="00CA1208" w:rsidRDefault="00420053" w:rsidP="00CA1208">
      <w:pPr>
        <w:spacing w:after="0" w:line="360" w:lineRule="auto"/>
        <w:jc w:val="both"/>
        <w:rPr>
          <w:rFonts w:ascii="Times New Roman" w:hAnsi="Times New Roman" w:cs="Times New Roman"/>
          <w:sz w:val="24"/>
          <w:szCs w:val="24"/>
        </w:rPr>
      </w:pPr>
    </w:p>
    <w:p w14:paraId="19D91DDC"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4. [Pilihan Ganda] </w:t>
      </w:r>
      <w:r w:rsidRPr="00CA1208">
        <w:rPr>
          <w:rFonts w:ascii="Times New Roman" w:hAnsi="Times New Roman" w:cs="Times New Roman"/>
          <w:sz w:val="24"/>
          <w:szCs w:val="24"/>
        </w:rPr>
        <w:t>Pada inspeksi berkala, teknisi menemukan rantai sering bergetar saat melewati sproket dan beberapa mata rantai tampak tidak sejajar. Sproket masih terpasang kuat pada poros. Analisis yang paling logis adalah …</w:t>
      </w:r>
    </w:p>
    <w:p w14:paraId="395B3346"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masalah pasti disebabkan diameter sproket terlalu besar</w:t>
      </w:r>
    </w:p>
    <w:p w14:paraId="7ACAE0AA"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ketidaksejajaran sproket atau kondisi rantai perlu diperiksa</w:t>
      </w:r>
    </w:p>
    <w:p w14:paraId="5419CA99"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putaran motor harus selalu dinaikkan</w:t>
      </w:r>
    </w:p>
    <w:p w14:paraId="7C7E3EB3"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rantai harus dipotong agar lebih pendek</w:t>
      </w:r>
    </w:p>
    <w:p w14:paraId="1238412E"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jumlah gigi sproket harus dibuat sama</w:t>
      </w:r>
    </w:p>
    <w:p w14:paraId="7A378DCD" w14:textId="77777777" w:rsidR="00CA1208" w:rsidRPr="00CA1208" w:rsidRDefault="00CA1208" w:rsidP="00CA1208">
      <w:pPr>
        <w:spacing w:after="0" w:line="360" w:lineRule="auto"/>
        <w:jc w:val="both"/>
        <w:rPr>
          <w:rFonts w:ascii="Times New Roman" w:hAnsi="Times New Roman" w:cs="Times New Roman"/>
          <w:b/>
          <w:sz w:val="24"/>
          <w:szCs w:val="24"/>
        </w:rPr>
      </w:pPr>
    </w:p>
    <w:p w14:paraId="132947C6" w14:textId="7A2F0DF6"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B</w:t>
      </w:r>
    </w:p>
    <w:p w14:paraId="31B3240A"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Getaran dan jalannya rantai yang tidak mulus dapat dipengaruhi oleh ketidaksejajaran sproket, keausan, pitch yang berubah, atau tegangan yang tidak tepat. Pemeriksaan alignment dan kondisi rantai merupakan langkah diagnostik yang tepat.</w:t>
      </w:r>
    </w:p>
    <w:p w14:paraId="407A5472" w14:textId="77777777" w:rsidR="00420053" w:rsidRPr="00CA1208" w:rsidRDefault="00420053" w:rsidP="00CA1208">
      <w:pPr>
        <w:spacing w:after="0" w:line="360" w:lineRule="auto"/>
        <w:jc w:val="both"/>
        <w:rPr>
          <w:rFonts w:ascii="Times New Roman" w:hAnsi="Times New Roman" w:cs="Times New Roman"/>
          <w:sz w:val="24"/>
          <w:szCs w:val="24"/>
        </w:rPr>
      </w:pPr>
    </w:p>
    <w:p w14:paraId="300677D3"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5. [Pilihan Ganda] </w:t>
      </w:r>
      <w:r w:rsidRPr="00CA1208">
        <w:rPr>
          <w:rFonts w:ascii="Times New Roman" w:hAnsi="Times New Roman" w:cs="Times New Roman"/>
          <w:sz w:val="24"/>
          <w:szCs w:val="24"/>
        </w:rPr>
        <w:t>Seorang teknisi ingin merancang transmisi rantai untuk menurunkan putaran motor 1.800 rpm menjadi sekitar 600 rpm. Karena keterbatasan ruang, ia memilih kombinasi sproket. Pasangan jumlah gigi yang paling sesuai adalah …</w:t>
      </w:r>
    </w:p>
    <w:p w14:paraId="032FAE66"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15 dan 30 gigi</w:t>
      </w:r>
    </w:p>
    <w:p w14:paraId="5742433D"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18 dan 54 gigi</w:t>
      </w:r>
    </w:p>
    <w:p w14:paraId="241A603E"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24 dan 36 gigi</w:t>
      </w:r>
    </w:p>
    <w:p w14:paraId="22EAF647"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40 dan 50 gigi</w:t>
      </w:r>
    </w:p>
    <w:p w14:paraId="2AF6CDC6"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20 dan 30 gigi</w:t>
      </w:r>
    </w:p>
    <w:p w14:paraId="2068EA1E" w14:textId="77777777" w:rsidR="00CA1208" w:rsidRPr="00CA1208" w:rsidRDefault="00CA1208" w:rsidP="00CA1208">
      <w:pPr>
        <w:spacing w:after="0" w:line="360" w:lineRule="auto"/>
        <w:jc w:val="both"/>
        <w:rPr>
          <w:rFonts w:ascii="Times New Roman" w:hAnsi="Times New Roman" w:cs="Times New Roman"/>
          <w:b/>
          <w:sz w:val="24"/>
          <w:szCs w:val="24"/>
        </w:rPr>
      </w:pPr>
    </w:p>
    <w:p w14:paraId="5940DF73" w14:textId="4047DFFE"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B</w:t>
      </w:r>
    </w:p>
    <w:p w14:paraId="28C9134C"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Rasio reduksi yang diperlukan adalah 1.800/600 = 3. Pada transmisi rantai, n2 = n1 × z1/z2, sehingga z2/z1 = 3. Pasangan 18 dan 54 memberikan rasio 3:1.</w:t>
      </w:r>
    </w:p>
    <w:p w14:paraId="44F62041" w14:textId="77777777" w:rsidR="00420053" w:rsidRPr="00CA1208" w:rsidRDefault="00420053" w:rsidP="00CA1208">
      <w:pPr>
        <w:spacing w:after="0" w:line="360" w:lineRule="auto"/>
        <w:jc w:val="both"/>
        <w:rPr>
          <w:rFonts w:ascii="Times New Roman" w:hAnsi="Times New Roman" w:cs="Times New Roman"/>
          <w:sz w:val="24"/>
          <w:szCs w:val="24"/>
        </w:rPr>
      </w:pPr>
    </w:p>
    <w:p w14:paraId="314028B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6. [Pilihan Ganda Kompleks] </w:t>
      </w:r>
      <w:r w:rsidRPr="00CA1208">
        <w:rPr>
          <w:rFonts w:ascii="Times New Roman" w:hAnsi="Times New Roman" w:cs="Times New Roman"/>
          <w:sz w:val="24"/>
          <w:szCs w:val="24"/>
        </w:rPr>
        <w:t>Perhatikan sistem transmisi rantai dengan sproket penggerak 24 gigi dan sproket yang digerakkan 48 gigi. Motor berputar 1.200 rpm. Pilih semua pernyataan yang benar.</w:t>
      </w:r>
    </w:p>
    <w:p w14:paraId="0565E84B"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Rasio transmisi kecepatan adalah 2:1.</w:t>
      </w:r>
    </w:p>
    <w:p w14:paraId="318D3E7E"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Putaran sproket keluaran sekitar 600 rpm.</w:t>
      </w:r>
    </w:p>
    <w:p w14:paraId="12A338ED"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Torsi keluaran idealnya sekitar setengah torsi masukan.</w:t>
      </w:r>
    </w:p>
    <w:p w14:paraId="1ACB84B6"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lastRenderedPageBreak/>
        <w:t>D. Sistem dapat digunakan untuk memperoleh peningkatan torsi secara ideal.</w:t>
      </w:r>
    </w:p>
    <w:p w14:paraId="0CAEFED4"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Jika sproket keluaran diganti 72 gigi, putaran keluaran menjadi 800 rpm.</w:t>
      </w:r>
    </w:p>
    <w:p w14:paraId="7DE79603" w14:textId="77777777" w:rsidR="00CA1208" w:rsidRPr="00CA1208" w:rsidRDefault="00CA1208" w:rsidP="00CA1208">
      <w:pPr>
        <w:spacing w:after="0" w:line="360" w:lineRule="auto"/>
        <w:jc w:val="both"/>
        <w:rPr>
          <w:rFonts w:ascii="Times New Roman" w:hAnsi="Times New Roman" w:cs="Times New Roman"/>
          <w:b/>
          <w:sz w:val="24"/>
          <w:szCs w:val="24"/>
        </w:rPr>
      </w:pPr>
    </w:p>
    <w:p w14:paraId="3072D426" w14:textId="73EA4861"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 xml:space="preserve"> A, B, D</w:t>
      </w:r>
    </w:p>
    <w:p w14:paraId="40417412"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n2 = 1.200 × 24/48 = 600 rpm. Karena putaran turun setengah, torsi ideal meningkat sekitar dua kali. Jadi A, B, dan D benar. C salah karena torsi bukan setengah, sedangkan jika 72 gigi, n2 = 400 rpm sehingga E salah.</w:t>
      </w:r>
    </w:p>
    <w:p w14:paraId="2A0EAE35" w14:textId="77777777" w:rsidR="00420053" w:rsidRPr="00CA1208" w:rsidRDefault="00420053" w:rsidP="00CA1208">
      <w:pPr>
        <w:spacing w:after="0" w:line="360" w:lineRule="auto"/>
        <w:jc w:val="both"/>
        <w:rPr>
          <w:rFonts w:ascii="Times New Roman" w:hAnsi="Times New Roman" w:cs="Times New Roman"/>
          <w:sz w:val="24"/>
          <w:szCs w:val="24"/>
        </w:rPr>
      </w:pPr>
    </w:p>
    <w:p w14:paraId="103DEEAA"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7. [Pilihan Ganda Kompleks] </w:t>
      </w:r>
      <w:r w:rsidRPr="00CA1208">
        <w:rPr>
          <w:rFonts w:ascii="Times New Roman" w:hAnsi="Times New Roman" w:cs="Times New Roman"/>
          <w:sz w:val="24"/>
          <w:szCs w:val="24"/>
        </w:rPr>
        <w:t>Pada sebuah mesin, rantai mengalami keausan lebih cepat setelah lingkungan kerja berubah menjadi lebih berdebu. Pilih tindakan yang secara teknis masuk akal untuk memperpanjang umur transmisi.</w:t>
      </w:r>
    </w:p>
    <w:p w14:paraId="32F9A735"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meningkatkan perlindungan terhadap masuknya debu</w:t>
      </w:r>
    </w:p>
    <w:p w14:paraId="2E905F9E"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menggunakan pelumas yang sesuai dengan kondisi operasi</w:t>
      </w:r>
    </w:p>
    <w:p w14:paraId="73B0EF2F"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memeriksa alignment sproket secara berkala</w:t>
      </w:r>
    </w:p>
    <w:p w14:paraId="65D4E684"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mengoperasikan rantai tanpa pelumasan agar debu tidak menempel</w:t>
      </w:r>
    </w:p>
    <w:p w14:paraId="339C4D5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memeriksa ketegangan rantai dan melakukan penyetelan sesuai spesifikasi</w:t>
      </w:r>
    </w:p>
    <w:p w14:paraId="2E65C790" w14:textId="77777777" w:rsidR="00CA1208" w:rsidRPr="00CA1208" w:rsidRDefault="00CA1208" w:rsidP="00CA1208">
      <w:pPr>
        <w:spacing w:after="0" w:line="360" w:lineRule="auto"/>
        <w:jc w:val="both"/>
        <w:rPr>
          <w:rFonts w:ascii="Times New Roman" w:hAnsi="Times New Roman" w:cs="Times New Roman"/>
          <w:b/>
          <w:sz w:val="24"/>
          <w:szCs w:val="24"/>
        </w:rPr>
      </w:pPr>
    </w:p>
    <w:p w14:paraId="0E4EDD78" w14:textId="3872FD22"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A, B, C, E</w:t>
      </w:r>
    </w:p>
    <w:p w14:paraId="0292EB30"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Debu mempercepat keausan terutama bila masuk ke area pin dan bushing. Perlindungan, pelumasan yang tepat, alignment, dan ketegangan sesuai spesifikasi merupakan tindakan preventif. Membiarkan rantai tanpa pelumasan bukan solusi umum.</w:t>
      </w:r>
    </w:p>
    <w:p w14:paraId="59553274" w14:textId="77777777" w:rsidR="00420053" w:rsidRPr="00CA1208" w:rsidRDefault="00420053" w:rsidP="00CA1208">
      <w:pPr>
        <w:spacing w:after="0" w:line="360" w:lineRule="auto"/>
        <w:jc w:val="both"/>
        <w:rPr>
          <w:rFonts w:ascii="Times New Roman" w:hAnsi="Times New Roman" w:cs="Times New Roman"/>
          <w:sz w:val="24"/>
          <w:szCs w:val="24"/>
        </w:rPr>
      </w:pPr>
    </w:p>
    <w:p w14:paraId="347D77D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8. [Pilihan Ganda Kompleks] </w:t>
      </w:r>
      <w:r w:rsidRPr="00CA1208">
        <w:rPr>
          <w:rFonts w:ascii="Times New Roman" w:hAnsi="Times New Roman" w:cs="Times New Roman"/>
          <w:sz w:val="24"/>
          <w:szCs w:val="24"/>
        </w:rPr>
        <w:t>Sebuah transmisi menggunakan sproket penggerak 16 gigi dan sproket keluaran 64 gigi. Motor berputar 1.600 rpm. Pilih semua kesimpulan yang benar.</w:t>
      </w:r>
    </w:p>
    <w:p w14:paraId="4C6A5814"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Putaran keluaran teoritis 400 rpm.</w:t>
      </w:r>
    </w:p>
    <w:p w14:paraId="26C1D83A"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Rasio reduksi kecepatan adalah 4:1.</w:t>
      </w:r>
    </w:p>
    <w:p w14:paraId="7590DE3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Kecepatan keluaran lebih tinggi daripada motor.</w:t>
      </w:r>
    </w:p>
    <w:p w14:paraId="51A8F5AF"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Secara ideal, torsi keluaran dapat sekitar empat kali torsi masukan.</w:t>
      </w:r>
    </w:p>
    <w:p w14:paraId="59E62C64"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Perbandingan jumlah gigi tidak memengaruhi putaran keluaran.</w:t>
      </w:r>
    </w:p>
    <w:p w14:paraId="191F73FF" w14:textId="77777777" w:rsidR="00CA1208" w:rsidRPr="00CA1208" w:rsidRDefault="00CA1208" w:rsidP="00CA1208">
      <w:pPr>
        <w:spacing w:after="0" w:line="360" w:lineRule="auto"/>
        <w:jc w:val="both"/>
        <w:rPr>
          <w:rFonts w:ascii="Times New Roman" w:hAnsi="Times New Roman" w:cs="Times New Roman"/>
          <w:b/>
          <w:sz w:val="24"/>
          <w:szCs w:val="24"/>
        </w:rPr>
      </w:pPr>
    </w:p>
    <w:p w14:paraId="6E41CECB" w14:textId="11A59A5C"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A, B, D</w:t>
      </w:r>
    </w:p>
    <w:p w14:paraId="6DA7331C"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n2 = 1.600 × 16/64 = 400 rpm, sehingga reduksi kecepatan 4:1. Dengan daya ideal tetap, penurunan putaran 4 kali memberi kenaikan torsi sekitar 4 kali. C dan E salah.</w:t>
      </w:r>
    </w:p>
    <w:p w14:paraId="4260B2A1" w14:textId="77777777" w:rsidR="00420053" w:rsidRPr="00CA1208" w:rsidRDefault="00420053" w:rsidP="00CA1208">
      <w:pPr>
        <w:spacing w:after="0" w:line="360" w:lineRule="auto"/>
        <w:jc w:val="both"/>
        <w:rPr>
          <w:rFonts w:ascii="Times New Roman" w:hAnsi="Times New Roman" w:cs="Times New Roman"/>
          <w:sz w:val="24"/>
          <w:szCs w:val="24"/>
        </w:rPr>
      </w:pPr>
    </w:p>
    <w:p w14:paraId="12B1B544"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9. [Pilihan Ganda Kompleks] </w:t>
      </w:r>
      <w:r w:rsidRPr="00CA1208">
        <w:rPr>
          <w:rFonts w:ascii="Times New Roman" w:hAnsi="Times New Roman" w:cs="Times New Roman"/>
          <w:sz w:val="24"/>
          <w:szCs w:val="24"/>
        </w:rPr>
        <w:t>Setelah mengganti rantai baru, teknisi menemukan rantai cepat panas dan menimbulkan suara tidak normal. Beberapa pemeriksaan dilakukan. Pilih pemeriksaan yang paling relevan.</w:t>
      </w:r>
    </w:p>
    <w:p w14:paraId="46839EF6"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memeriksa ketegangan rantai</w:t>
      </w:r>
    </w:p>
    <w:p w14:paraId="4276121E"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memeriksa keselarasan kedua sproket</w:t>
      </w:r>
    </w:p>
    <w:p w14:paraId="46A1DF1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memastikan jenis dan metode pelumasan sesuai</w:t>
      </w:r>
    </w:p>
    <w:p w14:paraId="4AF764AB"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lastRenderedPageBreak/>
        <w:t>D. memeriksa apakah pitch rantai sesuai dengan sproket</w:t>
      </w:r>
    </w:p>
    <w:p w14:paraId="0FDDD7A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mengabaikan kondisi sproket karena rantai masih baru</w:t>
      </w:r>
    </w:p>
    <w:p w14:paraId="4AB08E06" w14:textId="77777777" w:rsidR="00CA1208" w:rsidRPr="00CA1208" w:rsidRDefault="00CA1208" w:rsidP="00CA1208">
      <w:pPr>
        <w:spacing w:after="0" w:line="360" w:lineRule="auto"/>
        <w:jc w:val="both"/>
        <w:rPr>
          <w:rFonts w:ascii="Times New Roman" w:hAnsi="Times New Roman" w:cs="Times New Roman"/>
          <w:b/>
          <w:sz w:val="24"/>
          <w:szCs w:val="24"/>
        </w:rPr>
      </w:pPr>
    </w:p>
    <w:p w14:paraId="4CA5F75B" w14:textId="66B1B66E"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A, B, C, D</w:t>
      </w:r>
    </w:p>
    <w:p w14:paraId="160F3CEC"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Rantai baru tetap dapat bermasalah jika tension, alignment, pelumasan, atau kecocokan pitch tidak benar. Kondisi sproket juga seharusnya diperiksa, sehingga E tidak tepat.</w:t>
      </w:r>
    </w:p>
    <w:p w14:paraId="61A0DB8F" w14:textId="77777777" w:rsidR="00420053" w:rsidRPr="00CA1208" w:rsidRDefault="00420053" w:rsidP="00CA1208">
      <w:pPr>
        <w:spacing w:after="0" w:line="360" w:lineRule="auto"/>
        <w:jc w:val="both"/>
        <w:rPr>
          <w:rFonts w:ascii="Times New Roman" w:hAnsi="Times New Roman" w:cs="Times New Roman"/>
          <w:sz w:val="24"/>
          <w:szCs w:val="24"/>
        </w:rPr>
      </w:pPr>
    </w:p>
    <w:p w14:paraId="7313F522"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10. [Pilihan Ganda Kompleks] </w:t>
      </w:r>
      <w:r w:rsidRPr="00CA1208">
        <w:rPr>
          <w:rFonts w:ascii="Times New Roman" w:hAnsi="Times New Roman" w:cs="Times New Roman"/>
          <w:sz w:val="24"/>
          <w:szCs w:val="24"/>
        </w:rPr>
        <w:t>Pada suatu desain, teknisi mempertimbangkan mengganti sproket keluaran 50 gigi menjadi 75 gigi, sedangkan sproket penggerak tetap 25 gigi. Pilih semua dampak teoritis yang benar.</w:t>
      </w:r>
    </w:p>
    <w:p w14:paraId="5FB000AD"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A. Rasio reduksi meningkat dari 2:1 menjadi 3:1.</w:t>
      </w:r>
    </w:p>
    <w:p w14:paraId="7E16D944"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B. Putaran keluaran menjadi lebih rendah.</w:t>
      </w:r>
    </w:p>
    <w:p w14:paraId="4D99FF89"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C. Kemampuan memperoleh torsi keluaran secara ideal meningkat dibanding konfigurasi awal.</w:t>
      </w:r>
    </w:p>
    <w:p w14:paraId="27ED1219"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D. Panjang rantai pasti menjadi sama tanpa perlu penyesuaian.</w:t>
      </w:r>
    </w:p>
    <w:p w14:paraId="4CDC0F11"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sz w:val="24"/>
          <w:szCs w:val="24"/>
        </w:rPr>
        <w:t>E. Jika putaran input 900 rpm, putaran keluaran baru secara teoritis 300 rpm.</w:t>
      </w:r>
    </w:p>
    <w:p w14:paraId="6B159790" w14:textId="77777777" w:rsidR="00CA1208" w:rsidRPr="00CA1208" w:rsidRDefault="00CA1208" w:rsidP="00CA1208">
      <w:pPr>
        <w:spacing w:after="0" w:line="360" w:lineRule="auto"/>
        <w:jc w:val="both"/>
        <w:rPr>
          <w:rFonts w:ascii="Times New Roman" w:hAnsi="Times New Roman" w:cs="Times New Roman"/>
          <w:b/>
          <w:sz w:val="24"/>
          <w:szCs w:val="24"/>
        </w:rPr>
      </w:pPr>
    </w:p>
    <w:p w14:paraId="313ACBAE" w14:textId="724563E1" w:rsidR="00420053" w:rsidRPr="00CA1208" w:rsidRDefault="00000000" w:rsidP="00CA1208">
      <w:pPr>
        <w:spacing w:after="0" w:line="360" w:lineRule="auto"/>
        <w:jc w:val="both"/>
        <w:rPr>
          <w:rFonts w:ascii="Times New Roman" w:hAnsi="Times New Roman" w:cs="Times New Roman"/>
          <w:sz w:val="24"/>
          <w:szCs w:val="24"/>
        </w:rPr>
      </w:pPr>
      <w:proofErr w:type="spellStart"/>
      <w:r w:rsidRPr="00CA1208">
        <w:rPr>
          <w:rFonts w:ascii="Times New Roman" w:hAnsi="Times New Roman" w:cs="Times New Roman"/>
          <w:b/>
          <w:sz w:val="24"/>
          <w:szCs w:val="24"/>
        </w:rPr>
        <w:t>Jawaban</w:t>
      </w:r>
      <w:proofErr w:type="spellEnd"/>
      <w:r w:rsidRPr="00CA1208">
        <w:rPr>
          <w:rFonts w:ascii="Times New Roman" w:hAnsi="Times New Roman" w:cs="Times New Roman"/>
          <w:b/>
          <w:sz w:val="24"/>
          <w:szCs w:val="24"/>
        </w:rPr>
        <w:t xml:space="preserve">: </w:t>
      </w:r>
      <w:r w:rsidRPr="00CA1208">
        <w:rPr>
          <w:rFonts w:ascii="Times New Roman" w:hAnsi="Times New Roman" w:cs="Times New Roman"/>
          <w:sz w:val="24"/>
          <w:szCs w:val="24"/>
        </w:rPr>
        <w:t>A, B, C, E</w:t>
      </w:r>
    </w:p>
    <w:p w14:paraId="37A49725" w14:textId="77777777" w:rsidR="00420053" w:rsidRPr="00CA1208" w:rsidRDefault="00000000" w:rsidP="00CA1208">
      <w:pPr>
        <w:spacing w:after="0" w:line="360" w:lineRule="auto"/>
        <w:jc w:val="both"/>
        <w:rPr>
          <w:rFonts w:ascii="Times New Roman" w:hAnsi="Times New Roman" w:cs="Times New Roman"/>
          <w:sz w:val="24"/>
          <w:szCs w:val="24"/>
        </w:rPr>
      </w:pPr>
      <w:r w:rsidRPr="00CA1208">
        <w:rPr>
          <w:rFonts w:ascii="Times New Roman" w:hAnsi="Times New Roman" w:cs="Times New Roman"/>
          <w:b/>
          <w:sz w:val="24"/>
          <w:szCs w:val="24"/>
        </w:rPr>
        <w:t xml:space="preserve">Pembahasan: </w:t>
      </w:r>
      <w:r w:rsidRPr="00CA1208">
        <w:rPr>
          <w:rFonts w:ascii="Times New Roman" w:hAnsi="Times New Roman" w:cs="Times New Roman"/>
          <w:sz w:val="24"/>
          <w:szCs w:val="24"/>
        </w:rPr>
        <w:t>Konfigurasi awal 25:50 memberi reduksi 2:1; konfigurasi baru 25:75 memberi reduksi 3:1. Dengan input 900 rpm, output = 900 × 25/75 = 300 rpm. Torsi ideal meningkat seiring rasio reduksi. Panjang rantai tidak otomatis sama karena perubahan ukuran sproket dapat mengubah kebutuhan center distance/penyetelan.</w:t>
      </w:r>
    </w:p>
    <w:p w14:paraId="4047447A" w14:textId="77777777" w:rsidR="00420053" w:rsidRPr="00CA1208" w:rsidRDefault="00420053" w:rsidP="00CA1208">
      <w:pPr>
        <w:spacing w:after="0" w:line="360" w:lineRule="auto"/>
        <w:jc w:val="both"/>
        <w:rPr>
          <w:rFonts w:ascii="Times New Roman" w:hAnsi="Times New Roman" w:cs="Times New Roman"/>
          <w:sz w:val="24"/>
          <w:szCs w:val="24"/>
        </w:rPr>
      </w:pPr>
    </w:p>
    <w:p w14:paraId="32520AEE" w14:textId="4103A728" w:rsidR="00420053" w:rsidRPr="00CA1208" w:rsidRDefault="00420053" w:rsidP="00CA1208">
      <w:pPr>
        <w:spacing w:after="0" w:line="360" w:lineRule="auto"/>
        <w:jc w:val="both"/>
        <w:rPr>
          <w:rFonts w:ascii="Times New Roman" w:hAnsi="Times New Roman" w:cs="Times New Roman"/>
          <w:sz w:val="24"/>
          <w:szCs w:val="24"/>
        </w:rPr>
      </w:pPr>
    </w:p>
    <w:sectPr w:rsidR="00420053" w:rsidRPr="00CA1208" w:rsidSect="00CA1208">
      <w:pgSz w:w="12242" w:h="18722" w:code="14"/>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2806075">
    <w:abstractNumId w:val="8"/>
  </w:num>
  <w:num w:numId="2" w16cid:durableId="59599146">
    <w:abstractNumId w:val="6"/>
  </w:num>
  <w:num w:numId="3" w16cid:durableId="620040058">
    <w:abstractNumId w:val="5"/>
  </w:num>
  <w:num w:numId="4" w16cid:durableId="1631670991">
    <w:abstractNumId w:val="4"/>
  </w:num>
  <w:num w:numId="5" w16cid:durableId="652685681">
    <w:abstractNumId w:val="7"/>
  </w:num>
  <w:num w:numId="6" w16cid:durableId="270555330">
    <w:abstractNumId w:val="3"/>
  </w:num>
  <w:num w:numId="7" w16cid:durableId="1710838007">
    <w:abstractNumId w:val="2"/>
  </w:num>
  <w:num w:numId="8" w16cid:durableId="1226650136">
    <w:abstractNumId w:val="1"/>
  </w:num>
  <w:num w:numId="9" w16cid:durableId="1160996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0053"/>
    <w:rsid w:val="00AA1D8D"/>
    <w:rsid w:val="00AC4A6F"/>
    <w:rsid w:val="00B47730"/>
    <w:rsid w:val="00CA120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93013"/>
  <w14:defaultImageDpi w14:val="300"/>
  <w15:docId w15:val="{64418604-AD5D-4B98-98EE-C29B937F4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 .</cp:lastModifiedBy>
  <cp:revision>2</cp:revision>
  <dcterms:created xsi:type="dcterms:W3CDTF">2013-12-23T23:15:00Z</dcterms:created>
  <dcterms:modified xsi:type="dcterms:W3CDTF">2026-09-12T01:25:00Z</dcterms:modified>
  <cp:category/>
</cp:coreProperties>
</file>