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11568" w14:textId="77777777" w:rsidR="001B5753" w:rsidRDefault="00C80CDC">
      <w:pPr>
        <w:spacing w:after="80"/>
        <w:jc w:val="center"/>
      </w:pPr>
      <w:r>
        <w:rPr>
          <w:b/>
          <w:color w:val="1B365D"/>
          <w:sz w:val="32"/>
        </w:rPr>
        <w:t>PERANGKAT AJAR &amp; ALUR TUJUAN PEMBELAJARAN (ATP)</w:t>
      </w:r>
    </w:p>
    <w:p w14:paraId="723F0C32" w14:textId="77777777" w:rsidR="001B5753" w:rsidRDefault="00C80CDC">
      <w:pPr>
        <w:spacing w:after="240"/>
        <w:jc w:val="center"/>
      </w:pPr>
      <w:r>
        <w:rPr>
          <w:b/>
          <w:color w:val="4B6B94"/>
          <w:sz w:val="22"/>
        </w:rPr>
        <w:t>MATA PELAJARAN: IPS-SOSIOLOGI | KELAS X (FASE E)</w:t>
      </w:r>
      <w:r>
        <w:rPr>
          <w:b/>
          <w:color w:val="4B6B94"/>
          <w:sz w:val="22"/>
        </w:rPr>
        <w:br/>
        <w:t>KURIKULUM MERDEKA BERPENDEKATAN PEMBELAJARAN MENDALAM (DEEP LEARNING)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8"/>
        <w:gridCol w:w="7488"/>
      </w:tblGrid>
      <w:tr w:rsidR="001B5753" w14:paraId="3ADE2AB0" w14:textId="77777777">
        <w:trPr>
          <w:jc w:val="center"/>
        </w:trPr>
        <w:tc>
          <w:tcPr>
            <w:tcW w:w="7488" w:type="dxa"/>
            <w:shd w:val="clear" w:color="auto" w:fill="F0F4F8"/>
          </w:tcPr>
          <w:p w14:paraId="77C3DD10" w14:textId="77777777" w:rsidR="001B5753" w:rsidRDefault="00C80CDC">
            <w:pPr>
              <w:spacing w:before="40" w:after="40"/>
            </w:pPr>
            <w:r>
              <w:rPr>
                <w:b/>
                <w:color w:val="1B365D"/>
                <w:sz w:val="18"/>
              </w:rPr>
              <w:t xml:space="preserve">Mata Pelajaran: </w:t>
            </w:r>
            <w:r>
              <w:rPr>
                <w:sz w:val="18"/>
              </w:rPr>
              <w:t>IPS - Sosiologi</w:t>
            </w:r>
          </w:p>
        </w:tc>
        <w:tc>
          <w:tcPr>
            <w:tcW w:w="7488" w:type="dxa"/>
            <w:shd w:val="clear" w:color="auto" w:fill="F0F4F8"/>
          </w:tcPr>
          <w:p w14:paraId="3004953E" w14:textId="77777777" w:rsidR="001B5753" w:rsidRDefault="00C80CDC">
            <w:pPr>
              <w:spacing w:before="40" w:after="40"/>
            </w:pPr>
            <w:r>
              <w:rPr>
                <w:b/>
                <w:color w:val="1B365D"/>
                <w:sz w:val="18"/>
              </w:rPr>
              <w:t xml:space="preserve">Fase / Kelas: </w:t>
            </w:r>
            <w:r>
              <w:rPr>
                <w:sz w:val="18"/>
              </w:rPr>
              <w:t>Fase E / Kelas X</w:t>
            </w:r>
          </w:p>
        </w:tc>
      </w:tr>
      <w:tr w:rsidR="001B5753" w14:paraId="143CB64F" w14:textId="77777777">
        <w:trPr>
          <w:jc w:val="center"/>
        </w:trPr>
        <w:tc>
          <w:tcPr>
            <w:tcW w:w="7488" w:type="dxa"/>
            <w:shd w:val="clear" w:color="auto" w:fill="F0F4F8"/>
          </w:tcPr>
          <w:p w14:paraId="7818807E" w14:textId="77777777" w:rsidR="001B5753" w:rsidRDefault="00C80CDC">
            <w:pPr>
              <w:spacing w:before="40" w:after="40"/>
            </w:pPr>
            <w:r>
              <w:rPr>
                <w:b/>
                <w:color w:val="1B365D"/>
                <w:sz w:val="18"/>
              </w:rPr>
              <w:t xml:space="preserve">Pendekatan: </w:t>
            </w:r>
            <w:r>
              <w:rPr>
                <w:sz w:val="18"/>
              </w:rPr>
              <w:t>Deep Learning &amp; High Order Thinking Skills (HOTS)</w:t>
            </w:r>
          </w:p>
        </w:tc>
        <w:tc>
          <w:tcPr>
            <w:tcW w:w="7488" w:type="dxa"/>
            <w:shd w:val="clear" w:color="auto" w:fill="F0F4F8"/>
          </w:tcPr>
          <w:p w14:paraId="5F066AD1" w14:textId="77777777" w:rsidR="001B5753" w:rsidRDefault="00C80CDC">
            <w:pPr>
              <w:spacing w:before="40" w:after="40"/>
            </w:pPr>
            <w:r>
              <w:rPr>
                <w:b/>
                <w:color w:val="1B365D"/>
                <w:sz w:val="18"/>
              </w:rPr>
              <w:t xml:space="preserve">Integrasi Nilai: </w:t>
            </w:r>
            <w:r>
              <w:rPr>
                <w:sz w:val="18"/>
              </w:rPr>
              <w:t>8 Dimensi Profil Lulusan &amp; Dinul Islam</w:t>
            </w:r>
          </w:p>
        </w:tc>
      </w:tr>
    </w:tbl>
    <w:p w14:paraId="782ABB21" w14:textId="77777777" w:rsidR="001B5753" w:rsidRDefault="001B5753">
      <w:pPr>
        <w:spacing w:after="120"/>
      </w:pPr>
    </w:p>
    <w:p w14:paraId="1A59D74D" w14:textId="77777777" w:rsidR="001B5753" w:rsidRDefault="00C80CDC">
      <w:pPr>
        <w:spacing w:before="240" w:after="120"/>
      </w:pPr>
      <w:r>
        <w:rPr>
          <w:b/>
          <w:color w:val="1B365D"/>
          <w:sz w:val="24"/>
        </w:rPr>
        <w:t>I. CAPAIAN PEMBELAJARAN (CP) FASE E (KELAS X)</w:t>
      </w:r>
    </w:p>
    <w:p w14:paraId="03A5779F" w14:textId="77777777" w:rsidR="001B5753" w:rsidRDefault="00C80CDC">
      <w:pPr>
        <w:spacing w:after="120"/>
      </w:pPr>
      <w:r>
        <w:t>Capaian Pembelajaran Mata Pelajaran IPS-Sosiologi Fase E diuraikan secara rapi berdasarkan dua elemen utama sebagai berikut:</w:t>
      </w:r>
    </w:p>
    <w:p w14:paraId="7DEACFA5" w14:textId="77777777" w:rsidR="001B5753" w:rsidRDefault="00C80CDC">
      <w:pPr>
        <w:spacing w:after="80"/>
        <w:ind w:left="288"/>
      </w:pPr>
      <w:r>
        <w:rPr>
          <w:b/>
          <w:color w:val="1B365D"/>
        </w:rPr>
        <w:t>1. Elemen Pemahaman Konsep:</w:t>
      </w:r>
    </w:p>
    <w:p w14:paraId="342CF8AF" w14:textId="77777777" w:rsidR="001B5753" w:rsidRDefault="00C80CDC">
      <w:pPr>
        <w:pStyle w:val="ListBullet"/>
        <w:spacing w:after="40"/>
        <w:ind w:left="720"/>
      </w:pPr>
      <w:r>
        <w:t>Menjelaskan fungsi sosiologi sebagai ilmu yang secara kritis, analitis, kreatif, dan solutif mengkaji masyarakat.</w:t>
      </w:r>
    </w:p>
    <w:p w14:paraId="3C4D2246" w14:textId="77777777" w:rsidR="001B5753" w:rsidRDefault="00C80CDC">
      <w:pPr>
        <w:pStyle w:val="ListBullet"/>
        <w:spacing w:after="40"/>
        <w:ind w:left="720"/>
      </w:pPr>
      <w:r>
        <w:t>Menelaah status dan peran individu dalam kelompok sosial serta memberikan contoh berbagai ragam gejala sosial yang ada di dalam masyarakat.</w:t>
      </w:r>
    </w:p>
    <w:p w14:paraId="7628A2F4" w14:textId="77777777" w:rsidR="001B5753" w:rsidRDefault="00C80CDC">
      <w:pPr>
        <w:pStyle w:val="ListBullet"/>
        <w:spacing w:after="40"/>
        <w:ind w:left="720"/>
      </w:pPr>
      <w:r>
        <w:t>Menganalisis keragaman manusia dan budayanya sebagai bagian dari masyarakat multikultural.</w:t>
      </w:r>
    </w:p>
    <w:p w14:paraId="10006E71" w14:textId="77777777" w:rsidR="001B5753" w:rsidRDefault="00C80CDC">
      <w:pPr>
        <w:spacing w:before="120" w:after="80"/>
        <w:ind w:left="288"/>
      </w:pPr>
      <w:r>
        <w:rPr>
          <w:b/>
          <w:color w:val="1B365D"/>
        </w:rPr>
        <w:t>2. Elemen Keterampilan Proses:</w:t>
      </w:r>
    </w:p>
    <w:p w14:paraId="7B99AC01" w14:textId="77777777" w:rsidR="001B5753" w:rsidRDefault="00C80CDC">
      <w:pPr>
        <w:pStyle w:val="ListBullet"/>
        <w:spacing w:after="40"/>
        <w:ind w:left="720"/>
      </w:pPr>
      <w:r>
        <w:t>Mengamati fenomena kehidupan manusia dalam dimensi ruang dan waktu secara sistematis serta menemukan persamaan, perbedaan, dan potensinya.</w:t>
      </w:r>
    </w:p>
    <w:p w14:paraId="5168A317" w14:textId="77777777" w:rsidR="001B5753" w:rsidRDefault="00C80CDC">
      <w:pPr>
        <w:pStyle w:val="ListBullet"/>
        <w:spacing w:after="40"/>
        <w:ind w:left="720"/>
      </w:pPr>
      <w:r>
        <w:t>Membuat pertanyaan secara mandiri untuk menggali informasi tentang fenomena kehidupan manusia dalam dimensi ruang dan waktu secara sistematis.</w:t>
      </w:r>
    </w:p>
    <w:p w14:paraId="36458598" w14:textId="77777777" w:rsidR="001B5753" w:rsidRDefault="00C80CDC">
      <w:pPr>
        <w:pStyle w:val="ListBullet"/>
        <w:spacing w:after="40"/>
        <w:ind w:left="720"/>
      </w:pPr>
      <w:r>
        <w:t>Mengumpulkan informasi dari sumber primer dan/atau sekunder, melakukan observasi, dan mendokumentasikannya.</w:t>
      </w:r>
    </w:p>
    <w:p w14:paraId="2422E2B3" w14:textId="77777777" w:rsidR="001B5753" w:rsidRDefault="00C80CDC">
      <w:pPr>
        <w:pStyle w:val="ListBullet"/>
        <w:spacing w:after="40"/>
        <w:ind w:left="720"/>
      </w:pPr>
      <w:r>
        <w:t>Menarik simpulan berdasarkan informasi yang diperoleh dari sumber primer dan/atau sekunder, hasil observasi, dan hasil dokumentasi.</w:t>
      </w:r>
    </w:p>
    <w:p w14:paraId="695FB5A1" w14:textId="77777777" w:rsidR="001B5753" w:rsidRDefault="00C80CDC">
      <w:pPr>
        <w:pStyle w:val="ListBullet"/>
        <w:spacing w:after="40"/>
        <w:ind w:left="720"/>
      </w:pPr>
      <w:r>
        <w:t>Mengomunikasikan hasil analisis informasi dari sumber primer/sekunder, data observasi, dan dokumentasi dalam bentuk media digital dan/atau non-digital.</w:t>
      </w:r>
    </w:p>
    <w:p w14:paraId="17C7E211" w14:textId="77777777" w:rsidR="001B5753" w:rsidRDefault="00C80CDC">
      <w:pPr>
        <w:pStyle w:val="ListBullet"/>
        <w:spacing w:after="40"/>
        <w:ind w:left="720"/>
      </w:pPr>
      <w:r>
        <w:t>Merefleksikan hasil analisis informasi, observasi, dan dokumentasi serta menyusun rencana tindak lanjut.</w:t>
      </w:r>
    </w:p>
    <w:p w14:paraId="6A387453" w14:textId="77777777" w:rsidR="001B5753" w:rsidRDefault="001B5753">
      <w:pPr>
        <w:spacing w:after="160"/>
      </w:pPr>
    </w:p>
    <w:p w14:paraId="12D37F4E" w14:textId="77777777" w:rsidR="001B5753" w:rsidRDefault="00C80CDC">
      <w:pPr>
        <w:spacing w:before="240" w:after="120"/>
      </w:pPr>
      <w:r>
        <w:rPr>
          <w:b/>
          <w:color w:val="1B365D"/>
          <w:sz w:val="24"/>
        </w:rPr>
        <w:t>II. MATRIKS ALUR TUJUAN PEMBELAJARAN (ATP) DAN PERANGKAT AJAR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592"/>
        <w:gridCol w:w="3168"/>
        <w:gridCol w:w="1728"/>
        <w:gridCol w:w="1584"/>
        <w:gridCol w:w="864"/>
        <w:gridCol w:w="1584"/>
        <w:gridCol w:w="1152"/>
        <w:gridCol w:w="1872"/>
      </w:tblGrid>
      <w:tr w:rsidR="001B5753" w14:paraId="17B55840" w14:textId="77777777">
        <w:trPr>
          <w:jc w:val="center"/>
        </w:trPr>
        <w:tc>
          <w:tcPr>
            <w:tcW w:w="576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C77D12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2592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15FC0C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Capaian Pembelajaran (CP)</w:t>
            </w:r>
          </w:p>
        </w:tc>
        <w:tc>
          <w:tcPr>
            <w:tcW w:w="3168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733066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Tujuan Pembelajaran (TP)</w:t>
            </w:r>
          </w:p>
        </w:tc>
        <w:tc>
          <w:tcPr>
            <w:tcW w:w="1728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4A34E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Materi Pokok</w:t>
            </w:r>
          </w:p>
        </w:tc>
        <w:tc>
          <w:tcPr>
            <w:tcW w:w="1584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C9B0B1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Dimensi Profil Lulusan (DPL)</w:t>
            </w:r>
          </w:p>
        </w:tc>
        <w:tc>
          <w:tcPr>
            <w:tcW w:w="864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8C4978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Kelas / Fase</w:t>
            </w:r>
          </w:p>
        </w:tc>
        <w:tc>
          <w:tcPr>
            <w:tcW w:w="1584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EB7242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Sumber Belajar</w:t>
            </w:r>
          </w:p>
        </w:tc>
        <w:tc>
          <w:tcPr>
            <w:tcW w:w="1152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8B3CDF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Alokasi Waktu</w:t>
            </w:r>
          </w:p>
        </w:tc>
        <w:tc>
          <w:tcPr>
            <w:tcW w:w="1872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AB0A43" w14:textId="77777777" w:rsidR="001B5753" w:rsidRDefault="00C80CDC">
            <w:pPr>
              <w:spacing w:before="80" w:after="80"/>
              <w:jc w:val="center"/>
            </w:pPr>
            <w:r>
              <w:rPr>
                <w:b/>
                <w:color w:val="FFFFFF"/>
                <w:sz w:val="17"/>
              </w:rPr>
              <w:t>Dinul Islam</w:t>
            </w:r>
          </w:p>
        </w:tc>
      </w:tr>
      <w:tr w:rsidR="001B5753" w14:paraId="574BE013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0753A9" w14:textId="77777777" w:rsidR="001B5753" w:rsidRDefault="00C80CDC">
            <w:pPr>
              <w:jc w:val="center"/>
            </w:pPr>
            <w:r>
              <w:rPr>
                <w:sz w:val="17"/>
              </w:rPr>
              <w:t>1.1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214E03" w14:textId="77777777" w:rsidR="001B5753" w:rsidRDefault="00C80CDC">
            <w:r>
              <w:rPr>
                <w:b/>
                <w:color w:val="1B365D"/>
              </w:rPr>
              <w:t>[Bab 1: Pengantar Sosiologi]</w:t>
            </w:r>
            <w:r>
              <w:rPr>
                <w:b/>
                <w:color w:val="1B365D"/>
              </w:rPr>
              <w:br/>
            </w:r>
            <w:r>
              <w:rPr>
                <w:sz w:val="16"/>
              </w:rPr>
              <w:t>Pemahaman Konsep: Menjelaskan fungsi sosiologi sebagai ilmu yang secara kritis, analitis, kreatif, dan solutif mengkaji masyarakat.</w:t>
            </w:r>
            <w:r>
              <w:rPr>
                <w:sz w:val="16"/>
              </w:rPr>
              <w:br/>
              <w:t xml:space="preserve">Keterampilan Proses: Mengamati </w:t>
            </w:r>
            <w:r>
              <w:rPr>
                <w:sz w:val="16"/>
              </w:rPr>
              <w:lastRenderedPageBreak/>
              <w:t>fenomena, mengumpulkan informasi, menarik simpulan, mengomunikasikan, dan merefleksikan.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BABE33" w14:textId="77777777" w:rsidR="001B5753" w:rsidRDefault="00C80CDC">
            <w:r>
              <w:rPr>
                <w:sz w:val="17"/>
              </w:rPr>
              <w:lastRenderedPageBreak/>
              <w:t>Murid dapat menjelaskan sejarah kelahiran dan hakikat sosiologi sebagai ilmu pengetahuan yang mengkaji masyarakat melalui diskusi kelompok secara kritis dan akurat.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1FA722" w14:textId="77777777" w:rsidR="001B5753" w:rsidRDefault="00C80CDC">
            <w:r>
              <w:rPr>
                <w:sz w:val="16"/>
              </w:rPr>
              <w:t>Pengantar Sosiologi:</w:t>
            </w:r>
            <w:r>
              <w:rPr>
                <w:sz w:val="16"/>
              </w:rPr>
              <w:br/>
              <w:t>- Sejarah &amp; Hakikat Sosiologi</w:t>
            </w:r>
            <w:r>
              <w:rPr>
                <w:sz w:val="16"/>
              </w:rPr>
              <w:br/>
              <w:t>- Objek Kajian &amp; Ciri Sosiologi</w:t>
            </w:r>
            <w:r>
              <w:rPr>
                <w:sz w:val="16"/>
              </w:rPr>
              <w:br/>
              <w:t xml:space="preserve">- Fungsi &amp; Peran </w:t>
            </w:r>
            <w:r>
              <w:rPr>
                <w:sz w:val="16"/>
              </w:rPr>
              <w:lastRenderedPageBreak/>
              <w:t>Sosiologi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5B9FE4" w14:textId="77777777" w:rsidR="001B5753" w:rsidRDefault="00C80CDC">
            <w:r>
              <w:rPr>
                <w:sz w:val="16"/>
              </w:rPr>
              <w:lastRenderedPageBreak/>
              <w:t>Penalaran Kritis, Komunikasi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11ADD2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460968" w14:textId="77777777" w:rsidR="001B5753" w:rsidRDefault="00C80CDC">
            <w:r>
              <w:rPr>
                <w:sz w:val="15"/>
              </w:rPr>
              <w:t>Buku Paket IPS Sosiologi Kelas X (Kemendikbudristek), Jurnal Sosiologi, Artikel Ilmiah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3DCDB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9CA3FD" w14:textId="77777777" w:rsidR="001B5753" w:rsidRDefault="00C80CDC">
            <w:r>
              <w:rPr>
                <w:sz w:val="15"/>
              </w:rPr>
              <w:t>QS. Al-Hujurat [49]: 13</w:t>
            </w:r>
            <w:r>
              <w:rPr>
                <w:sz w:val="15"/>
              </w:rPr>
              <w:br/>
              <w:t>(Mengenal dan memahami keberagaman struktur masyarakat ciptaan Allah SWT)</w:t>
            </w:r>
          </w:p>
        </w:tc>
      </w:tr>
      <w:tr w:rsidR="001B5753" w14:paraId="3ABD07F4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E01777" w14:textId="77777777" w:rsidR="001B5753" w:rsidRDefault="00C80CDC">
            <w:pPr>
              <w:jc w:val="center"/>
            </w:pPr>
            <w:r>
              <w:rPr>
                <w:sz w:val="17"/>
              </w:rPr>
              <w:t>1.2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F0EC8B" w14:textId="77777777" w:rsidR="001B5753" w:rsidRDefault="00C80CDC">
            <w:r>
              <w:rPr>
                <w:i/>
                <w:color w:val="666666"/>
                <w:sz w:val="15"/>
              </w:rPr>
              <w:t>Sama seperti Bab 1: Pengantar Sosiologi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AF9929" w14:textId="77777777" w:rsidR="001B5753" w:rsidRDefault="00C80CDC">
            <w:r>
              <w:rPr>
                <w:sz w:val="17"/>
              </w:rPr>
              <w:t>Murid dapat mengidentifikasi objek kajian, ciri-ciri utama, serta fungsi sosiologi melalui studi literatur dengan tepat.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93C615" w14:textId="77777777" w:rsidR="001B5753" w:rsidRDefault="00C80CDC">
            <w:r>
              <w:rPr>
                <w:sz w:val="16"/>
              </w:rPr>
              <w:t>Pengantar Sosiologi:</w:t>
            </w:r>
            <w:r>
              <w:rPr>
                <w:sz w:val="16"/>
              </w:rPr>
              <w:br/>
              <w:t>- Sejarah &amp; Hakikat Sosiologi</w:t>
            </w:r>
            <w:r>
              <w:rPr>
                <w:sz w:val="16"/>
              </w:rPr>
              <w:br/>
              <w:t>- Objek Kajian &amp; Ciri Sosiologi</w:t>
            </w:r>
            <w:r>
              <w:rPr>
                <w:sz w:val="16"/>
              </w:rPr>
              <w:br/>
              <w:t>- Fungsi &amp; Peran Sosiologi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230E22" w14:textId="77777777" w:rsidR="001B5753" w:rsidRDefault="00C80CDC">
            <w:r>
              <w:rPr>
                <w:sz w:val="16"/>
              </w:rPr>
              <w:t>Penalaran Kritis, Kemandirian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E22DF5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09D05F" w14:textId="77777777" w:rsidR="001B5753" w:rsidRDefault="00C80CDC">
            <w:r>
              <w:rPr>
                <w:sz w:val="15"/>
              </w:rPr>
              <w:t>Buku Paket IPS Sosiologi Kelas X (Kemendikbudristek), Jurnal Sosiologi, Artikel Ilmiah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8B811C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E4FCA5" w14:textId="77777777" w:rsidR="001B5753" w:rsidRDefault="00C80CDC">
            <w:r>
              <w:rPr>
                <w:sz w:val="15"/>
              </w:rPr>
              <w:t>QS. Al-Hujurat [49]: 13</w:t>
            </w:r>
            <w:r>
              <w:rPr>
                <w:sz w:val="15"/>
              </w:rPr>
              <w:br/>
              <w:t>(Mengenal dan memahami keberagaman struktur masyarakat ciptaan Allah SWT)</w:t>
            </w:r>
          </w:p>
        </w:tc>
      </w:tr>
      <w:tr w:rsidR="001B5753" w14:paraId="1C04DD71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E6F675" w14:textId="77777777" w:rsidR="001B5753" w:rsidRDefault="00C80CDC">
            <w:pPr>
              <w:jc w:val="center"/>
            </w:pPr>
            <w:r>
              <w:rPr>
                <w:sz w:val="17"/>
              </w:rPr>
              <w:t>1.3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899FAD" w14:textId="77777777" w:rsidR="001B5753" w:rsidRDefault="00C80CDC">
            <w:r>
              <w:rPr>
                <w:i/>
                <w:color w:val="666666"/>
                <w:sz w:val="15"/>
              </w:rPr>
              <w:t>Sama seperti Bab 1: Pengantar Sosiologi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BF7A07" w14:textId="77777777" w:rsidR="001B5753" w:rsidRDefault="00C80CDC">
            <w:r>
              <w:rPr>
                <w:sz w:val="17"/>
              </w:rPr>
              <w:t>Murid dapat membedakan antara pengetahuan awam (common sense) dan penjelasan sosiologis melalui analisis contoh pemikiran secara rasional.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B93D1B" w14:textId="77777777" w:rsidR="001B5753" w:rsidRDefault="00C80CDC">
            <w:r>
              <w:rPr>
                <w:sz w:val="16"/>
              </w:rPr>
              <w:t>Pengantar Sosiologi:</w:t>
            </w:r>
            <w:r>
              <w:rPr>
                <w:sz w:val="16"/>
              </w:rPr>
              <w:br/>
              <w:t>- Sejarah &amp; Hakikat Sosiologi</w:t>
            </w:r>
            <w:r>
              <w:rPr>
                <w:sz w:val="16"/>
              </w:rPr>
              <w:br/>
              <w:t>- Objek Kajian &amp; Ciri Sosiologi</w:t>
            </w:r>
            <w:r>
              <w:rPr>
                <w:sz w:val="16"/>
              </w:rPr>
              <w:br/>
              <w:t>- Fungsi &amp; Peran Sosiologi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69F121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543AEE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65A24A" w14:textId="77777777" w:rsidR="001B5753" w:rsidRDefault="00C80CDC">
            <w:r>
              <w:rPr>
                <w:sz w:val="15"/>
              </w:rPr>
              <w:t>Buku Paket IPS Sosiologi Kelas X (Kemendikbudristek), Jurnal Sosiologi, Artikel Ilmiah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0FC506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0676B6" w14:textId="77777777" w:rsidR="001B5753" w:rsidRDefault="00C80CDC">
            <w:r>
              <w:rPr>
                <w:sz w:val="15"/>
              </w:rPr>
              <w:t>QS. Al-Hujurat [49]: 13</w:t>
            </w:r>
            <w:r>
              <w:rPr>
                <w:sz w:val="15"/>
              </w:rPr>
              <w:br/>
              <w:t>(Mengenal dan memahami keberagaman struktur masyarakat ciptaan Allah SWT)</w:t>
            </w:r>
          </w:p>
        </w:tc>
      </w:tr>
      <w:tr w:rsidR="001B5753" w14:paraId="2FAD6573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AFE9CF" w14:textId="77777777" w:rsidR="001B5753" w:rsidRDefault="00C80CDC">
            <w:pPr>
              <w:jc w:val="center"/>
            </w:pPr>
            <w:r>
              <w:rPr>
                <w:sz w:val="17"/>
              </w:rPr>
              <w:t>1.4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A94EB0" w14:textId="77777777" w:rsidR="001B5753" w:rsidRDefault="00C80CDC">
            <w:r>
              <w:rPr>
                <w:i/>
                <w:color w:val="666666"/>
                <w:sz w:val="15"/>
              </w:rPr>
              <w:t>Sama seperti Bab 1: Pengantar Sosiologi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3CA162" w14:textId="77777777" w:rsidR="001B5753" w:rsidRDefault="00C80CDC">
            <w:r>
              <w:rPr>
                <w:sz w:val="17"/>
              </w:rPr>
              <w:t>Murid dapat menganalisis peran sosiolog dan kegunaan ilmu sosiologi dalam pemecahan masalah sosial di lingkungan sekitar secara kritis dan analitis.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082F93" w14:textId="77777777" w:rsidR="001B5753" w:rsidRDefault="00C80CDC">
            <w:r>
              <w:rPr>
                <w:sz w:val="16"/>
              </w:rPr>
              <w:t>Pengantar Sosiologi:</w:t>
            </w:r>
            <w:r>
              <w:rPr>
                <w:sz w:val="16"/>
              </w:rPr>
              <w:br/>
              <w:t>- Sejarah &amp; Hakikat Sosiologi</w:t>
            </w:r>
            <w:r>
              <w:rPr>
                <w:sz w:val="16"/>
              </w:rPr>
              <w:br/>
              <w:t>- Objek Kajian &amp; Ciri Sosiologi</w:t>
            </w:r>
            <w:r>
              <w:rPr>
                <w:sz w:val="16"/>
              </w:rPr>
              <w:br/>
              <w:t>- Fungsi &amp; Peran Sosiologi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1607BA" w14:textId="77777777" w:rsidR="001B5753" w:rsidRDefault="00C80CDC">
            <w:r>
              <w:rPr>
                <w:sz w:val="16"/>
              </w:rPr>
              <w:t>Penalaran Kritis, Kewargaan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331EA5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2B8300" w14:textId="77777777" w:rsidR="001B5753" w:rsidRDefault="00C80CDC">
            <w:r>
              <w:rPr>
                <w:sz w:val="15"/>
              </w:rPr>
              <w:t>Buku Paket IPS Sosiologi Kelas X (Kemendikbudristek), Jurnal Sosiologi, Artikel Ilmiah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4D4F6C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ECB375" w14:textId="77777777" w:rsidR="001B5753" w:rsidRDefault="00C80CDC">
            <w:r>
              <w:rPr>
                <w:sz w:val="15"/>
              </w:rPr>
              <w:t>QS. Al-Hujurat [49]: 13</w:t>
            </w:r>
            <w:r>
              <w:rPr>
                <w:sz w:val="15"/>
              </w:rPr>
              <w:br/>
              <w:t>(Mengenal dan memahami keberagaman struktur masyarakat ciptaan Allah SWT)</w:t>
            </w:r>
          </w:p>
        </w:tc>
      </w:tr>
      <w:tr w:rsidR="001B5753" w14:paraId="0393F39D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19AD5E" w14:textId="77777777" w:rsidR="001B5753" w:rsidRDefault="00C80CDC">
            <w:pPr>
              <w:jc w:val="center"/>
            </w:pPr>
            <w:r>
              <w:rPr>
                <w:sz w:val="17"/>
              </w:rPr>
              <w:t>1.5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1CB8A7" w14:textId="77777777" w:rsidR="001B5753" w:rsidRDefault="00C80CDC">
            <w:r>
              <w:rPr>
                <w:i/>
                <w:color w:val="666666"/>
                <w:sz w:val="15"/>
              </w:rPr>
              <w:t>Sama seperti Bab 1: Pengantar Sosiologi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E4BFC7" w14:textId="77777777" w:rsidR="001B5753" w:rsidRDefault="00C80CDC">
            <w:r>
              <w:rPr>
                <w:sz w:val="17"/>
              </w:rPr>
              <w:t>Murid dapat mengevaluasi kontribusi sosiologi dalam perencanaan pembangunan sosial dan perumusan kebijakan publik secara komprehensif.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9DF85B" w14:textId="77777777" w:rsidR="001B5753" w:rsidRDefault="00C80CDC">
            <w:r>
              <w:rPr>
                <w:sz w:val="16"/>
              </w:rPr>
              <w:t>Pengantar Sosiologi:</w:t>
            </w:r>
            <w:r>
              <w:rPr>
                <w:sz w:val="16"/>
              </w:rPr>
              <w:br/>
              <w:t>- Sejarah &amp; Hakikat Sosiologi</w:t>
            </w:r>
            <w:r>
              <w:rPr>
                <w:sz w:val="16"/>
              </w:rPr>
              <w:br/>
              <w:t>- Objek Kajian &amp; Ciri Sosiologi</w:t>
            </w:r>
            <w:r>
              <w:rPr>
                <w:sz w:val="16"/>
              </w:rPr>
              <w:br/>
              <w:t>- Fungsi &amp; Peran Sosiologi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4D8457" w14:textId="77777777" w:rsidR="001B5753" w:rsidRDefault="00C80CDC">
            <w:r>
              <w:rPr>
                <w:sz w:val="16"/>
              </w:rPr>
              <w:t>Penalaran Kritis, Kewargaan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DAC9D0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7CD99F" w14:textId="77777777" w:rsidR="001B5753" w:rsidRDefault="00C80CDC">
            <w:r>
              <w:rPr>
                <w:sz w:val="15"/>
              </w:rPr>
              <w:t>Buku Paket IPS Sosiologi Kelas X (Kemendikbudristek), Jurnal Sosiologi, Artikel Ilmiah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B59749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797BEC" w14:textId="77777777" w:rsidR="001B5753" w:rsidRDefault="00C80CDC">
            <w:r>
              <w:rPr>
                <w:sz w:val="15"/>
              </w:rPr>
              <w:t>QS. Al-Hujurat [49]: 13</w:t>
            </w:r>
            <w:r>
              <w:rPr>
                <w:sz w:val="15"/>
              </w:rPr>
              <w:br/>
              <w:t>(Mengenal dan memahami keberagaman struktur masyarakat ciptaan Allah SWT)</w:t>
            </w:r>
          </w:p>
        </w:tc>
      </w:tr>
      <w:tr w:rsidR="001B5753" w14:paraId="5958E532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F59092" w14:textId="77777777" w:rsidR="001B5753" w:rsidRDefault="00C80CDC">
            <w:pPr>
              <w:jc w:val="center"/>
            </w:pPr>
            <w:r>
              <w:rPr>
                <w:sz w:val="17"/>
              </w:rPr>
              <w:t>1.6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B81645" w14:textId="77777777" w:rsidR="001B5753" w:rsidRDefault="00C80CDC">
            <w:r>
              <w:rPr>
                <w:i/>
                <w:color w:val="666666"/>
                <w:sz w:val="15"/>
              </w:rPr>
              <w:t>Sama seperti Bab 1: Pengantar Sosiologi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3B17C1" w14:textId="77777777" w:rsidR="001B5753" w:rsidRDefault="00C80CDC">
            <w:r>
              <w:rPr>
                <w:sz w:val="17"/>
              </w:rPr>
              <w:t>Murid dapat merancang produk berupa infografis atau media digital yang menyajikan gagasan solutif sosiologis terhadap fenomena sosial secara kreatif dan komunikatif.</w:t>
            </w:r>
            <w:r>
              <w:rPr>
                <w:b/>
                <w:color w:val="C0392B"/>
                <w:sz w:val="15"/>
              </w:rPr>
              <w:br/>
            </w:r>
            <w:r>
              <w:rPr>
                <w:b/>
                <w:color w:val="C0392B"/>
                <w:sz w:val="15"/>
              </w:rPr>
              <w:lastRenderedPageBreak/>
              <w:t>[HOTS - High Order Thinking]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0B13E9" w14:textId="77777777" w:rsidR="001B5753" w:rsidRDefault="00C80CDC">
            <w:r>
              <w:rPr>
                <w:sz w:val="16"/>
              </w:rPr>
              <w:lastRenderedPageBreak/>
              <w:t>Pengantar Sosiologi:</w:t>
            </w:r>
            <w:r>
              <w:rPr>
                <w:sz w:val="16"/>
              </w:rPr>
              <w:br/>
              <w:t>- Sejarah &amp; Hakikat Sosiologi</w:t>
            </w:r>
            <w:r>
              <w:rPr>
                <w:sz w:val="16"/>
              </w:rPr>
              <w:br/>
              <w:t>- Objek Kajian &amp; Ciri Sosiologi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- Fungsi &amp; Peran Sosiologi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07D8D2" w14:textId="77777777" w:rsidR="001B5753" w:rsidRDefault="00C80CDC">
            <w:r>
              <w:rPr>
                <w:sz w:val="16"/>
              </w:rPr>
              <w:lastRenderedPageBreak/>
              <w:t>Kreativitas, Komunikasi, Kolaborasi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15977A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60FD16" w14:textId="77777777" w:rsidR="001B5753" w:rsidRDefault="00C80CDC">
            <w:r>
              <w:rPr>
                <w:sz w:val="15"/>
              </w:rPr>
              <w:t xml:space="preserve">Buku Paket IPS Sosiologi Kelas X (Kemendikbudristek), Jurnal Sosiologi, Artikel </w:t>
            </w:r>
            <w:r>
              <w:rPr>
                <w:sz w:val="15"/>
              </w:rPr>
              <w:lastRenderedPageBreak/>
              <w:t>Ilmiah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D9FFB1" w14:textId="77777777" w:rsidR="001B5753" w:rsidRDefault="00C80CDC">
            <w:pPr>
              <w:jc w:val="center"/>
            </w:pPr>
            <w:r>
              <w:rPr>
                <w:sz w:val="16"/>
              </w:rPr>
              <w:lastRenderedPageBreak/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332D2D" w14:textId="77777777" w:rsidR="001B5753" w:rsidRDefault="00C80CDC">
            <w:r>
              <w:rPr>
                <w:sz w:val="15"/>
              </w:rPr>
              <w:t>QS. Al-Hujurat [49]: 13</w:t>
            </w:r>
            <w:r>
              <w:rPr>
                <w:sz w:val="15"/>
              </w:rPr>
              <w:br/>
              <w:t xml:space="preserve">(Mengenal dan memahami keberagaman struktur masyarakat ciptaan Allah </w:t>
            </w:r>
            <w:r>
              <w:rPr>
                <w:sz w:val="15"/>
              </w:rPr>
              <w:lastRenderedPageBreak/>
              <w:t>SWT)</w:t>
            </w:r>
          </w:p>
        </w:tc>
      </w:tr>
      <w:tr w:rsidR="001B5753" w14:paraId="00BBB53B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5DA4CD" w14:textId="77777777" w:rsidR="001B5753" w:rsidRDefault="00C80CDC">
            <w:pPr>
              <w:jc w:val="center"/>
            </w:pPr>
            <w:r>
              <w:rPr>
                <w:sz w:val="17"/>
              </w:rPr>
              <w:lastRenderedPageBreak/>
              <w:t>2.1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882D0F" w14:textId="77777777" w:rsidR="001B5753" w:rsidRDefault="00C80CDC">
            <w:r>
              <w:rPr>
                <w:b/>
                <w:color w:val="1B365D"/>
              </w:rPr>
              <w:t>[Bab 2: Penelitian Sosial]</w:t>
            </w:r>
            <w:r>
              <w:rPr>
                <w:b/>
                <w:color w:val="1B365D"/>
              </w:rPr>
              <w:br/>
            </w:r>
            <w:r>
              <w:rPr>
                <w:sz w:val="16"/>
              </w:rPr>
              <w:t>Keterampilan Proses: Membuat pertanyaan mandiri, mengumpulkan informasi dari sumber primer/sekunder, observasi, dokumentasi, menarik simpulan, mengomunikasikan media digital, dan menyusun rencana tindak lanjut.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355119" w14:textId="77777777" w:rsidR="001B5753" w:rsidRDefault="00C80CDC">
            <w:r>
              <w:rPr>
                <w:sz w:val="17"/>
              </w:rPr>
              <w:t>Murid dapat menjelaskan konsep dasar, etika, dan jenis-jenis penelitian sosial (kualitatif dan kuantitatif) melalui studi literatur secara konseptual.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74EBD8" w14:textId="77777777" w:rsidR="001B5753" w:rsidRDefault="00C80CDC">
            <w:r>
              <w:rPr>
                <w:sz w:val="16"/>
              </w:rPr>
              <w:t>Penelitian Sosial:</w:t>
            </w:r>
            <w:r>
              <w:rPr>
                <w:sz w:val="16"/>
              </w:rPr>
              <w:br/>
              <w:t>- Rancangan Penelitian</w:t>
            </w:r>
            <w:r>
              <w:rPr>
                <w:sz w:val="16"/>
              </w:rPr>
              <w:br/>
              <w:t>- Pengumpulan Data (Observasi/Wawancara)</w:t>
            </w:r>
            <w:r>
              <w:rPr>
                <w:sz w:val="16"/>
              </w:rPr>
              <w:br/>
              <w:t>- Analisis Data &amp; Laporan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88AD69" w14:textId="77777777" w:rsidR="001B5753" w:rsidRDefault="00C80CDC">
            <w:r>
              <w:rPr>
                <w:sz w:val="16"/>
              </w:rPr>
              <w:t>Penalaran Kritis, Kemandirian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717D5F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E37262" w14:textId="77777777" w:rsidR="001B5753" w:rsidRDefault="00C80CDC">
            <w:r>
              <w:rPr>
                <w:sz w:val="15"/>
              </w:rPr>
              <w:t>Buku Paket IPS Sosiologi Kelas X, Panduan Metodologi Penelitian Sosial, Lingkungan Sekitar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A827BD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096D88" w14:textId="77777777" w:rsidR="001B5753" w:rsidRDefault="00C80CDC">
            <w:r>
              <w:rPr>
                <w:sz w:val="15"/>
              </w:rPr>
              <w:t>QS. Al-Hujurat [49]: 6</w:t>
            </w:r>
            <w:r>
              <w:rPr>
                <w:sz w:val="15"/>
              </w:rPr>
              <w:br/>
              <w:t>(Perintah untuk tabayyun/verifikasi data dan informasi sebelum mengambil kesimpulan)</w:t>
            </w:r>
          </w:p>
        </w:tc>
      </w:tr>
      <w:tr w:rsidR="001B5753" w14:paraId="79E18E5E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243C1A" w14:textId="77777777" w:rsidR="001B5753" w:rsidRDefault="00C80CDC">
            <w:pPr>
              <w:jc w:val="center"/>
            </w:pPr>
            <w:r>
              <w:rPr>
                <w:sz w:val="17"/>
              </w:rPr>
              <w:t>2.2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22769B" w14:textId="77777777" w:rsidR="001B5753" w:rsidRDefault="00C80CDC">
            <w:r>
              <w:rPr>
                <w:i/>
                <w:color w:val="666666"/>
                <w:sz w:val="15"/>
              </w:rPr>
              <w:t>Sama seperti Bab 2: Penelitian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2CF05A" w14:textId="77777777" w:rsidR="001B5753" w:rsidRDefault="00C80CDC">
            <w:r>
              <w:rPr>
                <w:sz w:val="17"/>
              </w:rPr>
              <w:t>Murid dapat merumuskan masalah dan pertanyaan penelitian secara mandiri untuk menggali fenomena sosial di lingkungan sekolah/masyarakat secara sistematis.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0D7095" w14:textId="77777777" w:rsidR="001B5753" w:rsidRDefault="00C80CDC">
            <w:r>
              <w:rPr>
                <w:sz w:val="16"/>
              </w:rPr>
              <w:t>Penelitian Sosial:</w:t>
            </w:r>
            <w:r>
              <w:rPr>
                <w:sz w:val="16"/>
              </w:rPr>
              <w:br/>
              <w:t>- Rancangan Penelitian</w:t>
            </w:r>
            <w:r>
              <w:rPr>
                <w:sz w:val="16"/>
              </w:rPr>
              <w:br/>
              <w:t>- Pengumpulan Data (Observasi/Wawancara)</w:t>
            </w:r>
            <w:r>
              <w:rPr>
                <w:sz w:val="16"/>
              </w:rPr>
              <w:br/>
              <w:t>- Analisis Data &amp; Laporan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A4CD56" w14:textId="77777777" w:rsidR="001B5753" w:rsidRDefault="00C80CDC">
            <w:r>
              <w:rPr>
                <w:sz w:val="16"/>
              </w:rPr>
              <w:t>Kemandirian, Penalaran Kritis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66217A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1F18DE" w14:textId="77777777" w:rsidR="001B5753" w:rsidRDefault="00C80CDC">
            <w:r>
              <w:rPr>
                <w:sz w:val="15"/>
              </w:rPr>
              <w:t>Buku Paket IPS Sosiologi Kelas X, Panduan Metodologi Penelitian Sosial, Lingkungan Sekitar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09C46E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C18A3F" w14:textId="77777777" w:rsidR="001B5753" w:rsidRDefault="00C80CDC">
            <w:r>
              <w:rPr>
                <w:sz w:val="15"/>
              </w:rPr>
              <w:t>QS. Al-Hujurat [49]: 6</w:t>
            </w:r>
            <w:r>
              <w:rPr>
                <w:sz w:val="15"/>
              </w:rPr>
              <w:br/>
              <w:t>(Perintah untuk tabayyun/verifikasi data dan informasi sebelum mengambil kesimpulan)</w:t>
            </w:r>
          </w:p>
        </w:tc>
      </w:tr>
      <w:tr w:rsidR="001B5753" w14:paraId="7A957553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1F932C" w14:textId="77777777" w:rsidR="001B5753" w:rsidRDefault="00C80CDC">
            <w:pPr>
              <w:jc w:val="center"/>
            </w:pPr>
            <w:r>
              <w:rPr>
                <w:sz w:val="17"/>
              </w:rPr>
              <w:t>2.3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5DF5E6" w14:textId="77777777" w:rsidR="001B5753" w:rsidRDefault="00C80CDC">
            <w:r>
              <w:rPr>
                <w:i/>
                <w:color w:val="666666"/>
                <w:sz w:val="15"/>
              </w:rPr>
              <w:t>Sama seperti Bab 2: Penelitian Sosial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AF3625" w14:textId="77777777" w:rsidR="001B5753" w:rsidRDefault="00C80CDC">
            <w:r>
              <w:rPr>
                <w:sz w:val="17"/>
              </w:rPr>
              <w:t>Murid dapat merancang instrumen serta mengumpulkan data dari sumber primer dan sekunder melalui observasi dan wawancara serta mendokumentasikannya secara objektif.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BD0F1E" w14:textId="77777777" w:rsidR="001B5753" w:rsidRDefault="00C80CDC">
            <w:r>
              <w:rPr>
                <w:sz w:val="16"/>
              </w:rPr>
              <w:t>Penelitian Sosial:</w:t>
            </w:r>
            <w:r>
              <w:rPr>
                <w:sz w:val="16"/>
              </w:rPr>
              <w:br/>
              <w:t>- Rancangan Penelitian</w:t>
            </w:r>
            <w:r>
              <w:rPr>
                <w:sz w:val="16"/>
              </w:rPr>
              <w:br/>
              <w:t>- Pengumpulan Data (Observasi/Wawancara)</w:t>
            </w:r>
            <w:r>
              <w:rPr>
                <w:sz w:val="16"/>
              </w:rPr>
              <w:br/>
              <w:t>- Analisis Data &amp; Laporan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F9DE78" w14:textId="77777777" w:rsidR="001B5753" w:rsidRDefault="00C80CDC">
            <w:r>
              <w:rPr>
                <w:sz w:val="16"/>
              </w:rPr>
              <w:t>Kolaborasi, Penalaran Kritis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D88300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2675EF" w14:textId="77777777" w:rsidR="001B5753" w:rsidRDefault="00C80CDC">
            <w:r>
              <w:rPr>
                <w:sz w:val="15"/>
              </w:rPr>
              <w:t>Buku Paket IPS Sosiologi Kelas X, Panduan Metodologi Penelitian Sosial, Lingkungan Sekitar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730FB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6F0165" w14:textId="77777777" w:rsidR="001B5753" w:rsidRDefault="00C80CDC">
            <w:r>
              <w:rPr>
                <w:sz w:val="15"/>
              </w:rPr>
              <w:t>QS. Al-Hujurat [49]: 6</w:t>
            </w:r>
            <w:r>
              <w:rPr>
                <w:sz w:val="15"/>
              </w:rPr>
              <w:br/>
              <w:t>(Perintah untuk tabayyun/verifikasi data dan informasi sebelum mengambil kesimpulan)</w:t>
            </w:r>
          </w:p>
        </w:tc>
      </w:tr>
      <w:tr w:rsidR="001B5753" w14:paraId="3067FED8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C2F819" w14:textId="77777777" w:rsidR="001B5753" w:rsidRDefault="00C80CDC">
            <w:pPr>
              <w:jc w:val="center"/>
            </w:pPr>
            <w:r>
              <w:rPr>
                <w:sz w:val="17"/>
              </w:rPr>
              <w:t>2.4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B4B62B" w14:textId="77777777" w:rsidR="001B5753" w:rsidRDefault="00C80CDC">
            <w:r>
              <w:rPr>
                <w:i/>
                <w:color w:val="666666"/>
                <w:sz w:val="15"/>
              </w:rPr>
              <w:t>Sama seperti Bab 2: Penelitian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BD565A" w14:textId="77777777" w:rsidR="001B5753" w:rsidRDefault="00C80CDC">
            <w:r>
              <w:rPr>
                <w:sz w:val="17"/>
              </w:rPr>
              <w:t>Murid dapat menganalisis data hasil observasi dan wawancara dengan menggunakan teknik pengolahan data sosiologis sederhana secara cermat.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6A685" w14:textId="77777777" w:rsidR="001B5753" w:rsidRDefault="00C80CDC">
            <w:r>
              <w:rPr>
                <w:sz w:val="16"/>
              </w:rPr>
              <w:t>Penelitian Sosial:</w:t>
            </w:r>
            <w:r>
              <w:rPr>
                <w:sz w:val="16"/>
              </w:rPr>
              <w:br/>
              <w:t>- Rancangan Penelitian</w:t>
            </w:r>
            <w:r>
              <w:rPr>
                <w:sz w:val="16"/>
              </w:rPr>
              <w:br/>
              <w:t>- Pengumpulan Data (Observasi/Wawancara)</w:t>
            </w:r>
            <w:r>
              <w:rPr>
                <w:sz w:val="16"/>
              </w:rPr>
              <w:br/>
              <w:t>- Analisis Data &amp; Laporan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4EFE67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829733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EF5AF1" w14:textId="77777777" w:rsidR="001B5753" w:rsidRDefault="00C80CDC">
            <w:r>
              <w:rPr>
                <w:sz w:val="15"/>
              </w:rPr>
              <w:t>Buku Paket IPS Sosiologi Kelas X, Panduan Metodologi Penelitian Sosial, Lingkungan Sekitar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809A1A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A4CD62" w14:textId="77777777" w:rsidR="001B5753" w:rsidRDefault="00C80CDC">
            <w:r>
              <w:rPr>
                <w:sz w:val="15"/>
              </w:rPr>
              <w:t>QS. Al-Hujurat [49]: 6</w:t>
            </w:r>
            <w:r>
              <w:rPr>
                <w:sz w:val="15"/>
              </w:rPr>
              <w:br/>
              <w:t>(Perintah untuk tabayyun/verifikasi data dan informasi sebelum mengambil kesimpulan)</w:t>
            </w:r>
          </w:p>
        </w:tc>
      </w:tr>
      <w:tr w:rsidR="001B5753" w14:paraId="5214DDE3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A880EF" w14:textId="77777777" w:rsidR="001B5753" w:rsidRDefault="00C80CDC">
            <w:pPr>
              <w:jc w:val="center"/>
            </w:pPr>
            <w:r>
              <w:rPr>
                <w:sz w:val="17"/>
              </w:rPr>
              <w:t>2.5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6709D7" w14:textId="77777777" w:rsidR="001B5753" w:rsidRDefault="00C80CDC">
            <w:r>
              <w:rPr>
                <w:i/>
                <w:color w:val="666666"/>
                <w:sz w:val="15"/>
              </w:rPr>
              <w:t>Sama seperti Bab 2: Penelitian Sosial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F18613" w14:textId="77777777" w:rsidR="001B5753" w:rsidRDefault="00C80CDC">
            <w:r>
              <w:rPr>
                <w:sz w:val="17"/>
              </w:rPr>
              <w:t>Murid dapat mengevaluasi keabsahan (validitas) data dan menyimpulkan temuan penelitian sosial secara rasional dan objektif.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B1623D" w14:textId="77777777" w:rsidR="001B5753" w:rsidRDefault="00C80CDC">
            <w:r>
              <w:rPr>
                <w:sz w:val="16"/>
              </w:rPr>
              <w:t>Penelitian Sosial:</w:t>
            </w:r>
            <w:r>
              <w:rPr>
                <w:sz w:val="16"/>
              </w:rPr>
              <w:br/>
              <w:t>- Rancangan Penelitian</w:t>
            </w:r>
            <w:r>
              <w:rPr>
                <w:sz w:val="16"/>
              </w:rPr>
              <w:br/>
              <w:t>- Pengumpulan Data (Observasi/Wawancara)</w:t>
            </w:r>
            <w:r>
              <w:rPr>
                <w:sz w:val="16"/>
              </w:rPr>
              <w:br/>
              <w:t>- Analisis Data &amp; Laporan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12A81C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C80DDE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8D35E" w14:textId="77777777" w:rsidR="001B5753" w:rsidRDefault="00C80CDC">
            <w:r>
              <w:rPr>
                <w:sz w:val="15"/>
              </w:rPr>
              <w:t>Buku Paket IPS Sosiologi Kelas X, Panduan Metodologi Penelitian Sosial, Lingkungan Sekitar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618F33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BF4707" w14:textId="77777777" w:rsidR="001B5753" w:rsidRDefault="00C80CDC">
            <w:r>
              <w:rPr>
                <w:sz w:val="15"/>
              </w:rPr>
              <w:t>QS. Al-Hujurat [49]: 6</w:t>
            </w:r>
            <w:r>
              <w:rPr>
                <w:sz w:val="15"/>
              </w:rPr>
              <w:br/>
              <w:t>(Perintah untuk tabayyun/verifikasi data dan informasi sebelum mengambil kesimpulan)</w:t>
            </w:r>
          </w:p>
        </w:tc>
      </w:tr>
      <w:tr w:rsidR="001B5753" w14:paraId="73EDE666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914188" w14:textId="77777777" w:rsidR="001B5753" w:rsidRDefault="00C80CDC">
            <w:pPr>
              <w:jc w:val="center"/>
            </w:pPr>
            <w:r>
              <w:rPr>
                <w:sz w:val="17"/>
              </w:rPr>
              <w:lastRenderedPageBreak/>
              <w:t>2.6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8BBFBF" w14:textId="77777777" w:rsidR="001B5753" w:rsidRDefault="00C80CDC">
            <w:r>
              <w:rPr>
                <w:i/>
                <w:color w:val="666666"/>
                <w:sz w:val="15"/>
              </w:rPr>
              <w:t>Sama seperti Bab 2: Penelitian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47C4D8" w14:textId="77777777" w:rsidR="001B5753" w:rsidRDefault="00C80CDC">
            <w:r>
              <w:rPr>
                <w:sz w:val="17"/>
              </w:rPr>
              <w:t>Murid dapat menyusun laporan penelitian sederhana dan menyajikannya melalui presentasi media digital serta merefleksikan rencana tindak lanjut secara kolaboratif.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579717" w14:textId="77777777" w:rsidR="001B5753" w:rsidRDefault="00C80CDC">
            <w:r>
              <w:rPr>
                <w:sz w:val="16"/>
              </w:rPr>
              <w:t>Penelitian Sosial:</w:t>
            </w:r>
            <w:r>
              <w:rPr>
                <w:sz w:val="16"/>
              </w:rPr>
              <w:br/>
              <w:t>- Rancangan Penelitian</w:t>
            </w:r>
            <w:r>
              <w:rPr>
                <w:sz w:val="16"/>
              </w:rPr>
              <w:br/>
              <w:t>- Pengumpulan Data (Observasi/Wawancara)</w:t>
            </w:r>
            <w:r>
              <w:rPr>
                <w:sz w:val="16"/>
              </w:rPr>
              <w:br/>
              <w:t>- Analisis Data &amp; Laporan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4C3AAE" w14:textId="77777777" w:rsidR="001B5753" w:rsidRDefault="00C80CDC">
            <w:r>
              <w:rPr>
                <w:sz w:val="16"/>
              </w:rPr>
              <w:t>Komunikasi, Kreativitas, Kolaborasi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73D937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0C8B4" w14:textId="77777777" w:rsidR="001B5753" w:rsidRDefault="00C80CDC">
            <w:r>
              <w:rPr>
                <w:sz w:val="15"/>
              </w:rPr>
              <w:t>Buku Paket IPS Sosiologi Kelas X, Panduan Metodologi Penelitian Sosial, Lingkungan Sekitar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009B4C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52A0C1" w14:textId="77777777" w:rsidR="001B5753" w:rsidRDefault="00C80CDC">
            <w:r>
              <w:rPr>
                <w:sz w:val="15"/>
              </w:rPr>
              <w:t>QS. Al-Hujurat [49]: 6</w:t>
            </w:r>
            <w:r>
              <w:rPr>
                <w:sz w:val="15"/>
              </w:rPr>
              <w:br/>
              <w:t>(Perintah untuk tabayyun/verifikasi data dan informasi sebelum mengambil kesimpulan)</w:t>
            </w:r>
          </w:p>
        </w:tc>
      </w:tr>
      <w:tr w:rsidR="001B5753" w14:paraId="10B20569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ACD28A" w14:textId="77777777" w:rsidR="001B5753" w:rsidRDefault="00C80CDC">
            <w:pPr>
              <w:jc w:val="center"/>
            </w:pPr>
            <w:r>
              <w:rPr>
                <w:sz w:val="17"/>
              </w:rPr>
              <w:t>3.1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15B8CB" w14:textId="77777777" w:rsidR="001B5753" w:rsidRDefault="00C80CDC">
            <w:r>
              <w:rPr>
                <w:b/>
                <w:color w:val="1B365D"/>
              </w:rPr>
              <w:t>[Bab 3: Identitas Diri]</w:t>
            </w:r>
            <w:r>
              <w:rPr>
                <w:b/>
                <w:color w:val="1B365D"/>
              </w:rPr>
              <w:br/>
            </w:r>
            <w:r>
              <w:rPr>
                <w:sz w:val="16"/>
              </w:rPr>
              <w:t>Pemahaman Konsep: Menelaah status dan peran individu dalam kelompok sosial.</w:t>
            </w:r>
            <w:r>
              <w:rPr>
                <w:sz w:val="16"/>
              </w:rPr>
              <w:br/>
              <w:t>Keterampilan Proses: Mengamati fenomena, merefleksikan hasil analisis, dan menyusun rencana tindak lanjut.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5F3A96" w14:textId="77777777" w:rsidR="001B5753" w:rsidRDefault="00C80CDC">
            <w:r>
              <w:rPr>
                <w:sz w:val="17"/>
              </w:rPr>
              <w:t>Murid dapat menjelaskan proses pembentukan identitas diri (personal identity) dan identitas kelompok (social identity) melalui diskusi reflektif secara tepat.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57431E" w14:textId="77777777" w:rsidR="001B5753" w:rsidRDefault="00C80CDC">
            <w:r>
              <w:rPr>
                <w:sz w:val="16"/>
              </w:rPr>
              <w:t>Identitas Diri:</w:t>
            </w:r>
            <w:r>
              <w:rPr>
                <w:sz w:val="16"/>
              </w:rPr>
              <w:br/>
              <w:t>- Pembentukan Identitas Diri &amp; Kelompok</w:t>
            </w:r>
            <w:r>
              <w:rPr>
                <w:sz w:val="16"/>
              </w:rPr>
              <w:br/>
              <w:t>- Status dan Peran Sosial</w:t>
            </w:r>
            <w:r>
              <w:rPr>
                <w:sz w:val="16"/>
              </w:rPr>
              <w:br/>
              <w:t>- Identitas di Era Digital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B69955" w14:textId="77777777" w:rsidR="001B5753" w:rsidRDefault="00C80CDC">
            <w:r>
              <w:rPr>
                <w:sz w:val="16"/>
              </w:rPr>
              <w:t>Keimanan &amp; Ketakwaan, Kemandirian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254978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80302D" w14:textId="77777777" w:rsidR="001B5753" w:rsidRDefault="00C80CDC">
            <w:r>
              <w:rPr>
                <w:sz w:val="15"/>
              </w:rPr>
              <w:t>Buku Paket IPS Sosiologi Kelas X, Modul Identitas &amp; Kebudayaan, Jurnal Psikologi Sosial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C4EEF1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0F36B2" w14:textId="77777777" w:rsidR="001B5753" w:rsidRDefault="00C80CDC">
            <w:r>
              <w:rPr>
                <w:sz w:val="15"/>
              </w:rPr>
              <w:t>QS. Al-Isra' [17]: 70 &amp; QS. Al-Hujurat [49]: 13</w:t>
            </w:r>
            <w:r>
              <w:rPr>
                <w:sz w:val="15"/>
              </w:rPr>
              <w:br/>
              <w:t>(Mulia manusia di sisi Allah dan keunikan identitas tiap individu)</w:t>
            </w:r>
          </w:p>
        </w:tc>
      </w:tr>
      <w:tr w:rsidR="001B5753" w14:paraId="20CD0D3A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865035" w14:textId="77777777" w:rsidR="001B5753" w:rsidRDefault="00C80CDC">
            <w:pPr>
              <w:jc w:val="center"/>
            </w:pPr>
            <w:r>
              <w:rPr>
                <w:sz w:val="17"/>
              </w:rPr>
              <w:t>3.2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BFCA88" w14:textId="77777777" w:rsidR="001B5753" w:rsidRDefault="00C80CDC">
            <w:r>
              <w:rPr>
                <w:i/>
                <w:color w:val="666666"/>
                <w:sz w:val="15"/>
              </w:rPr>
              <w:t>Sama seperti Bab 3: Identitas Diri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C9B5F9" w14:textId="77777777" w:rsidR="001B5753" w:rsidRDefault="00C80CDC">
            <w:r>
              <w:rPr>
                <w:sz w:val="17"/>
              </w:rPr>
              <w:t>Murid dapat mengidentifikasi faktor-faktor internal dan eksternal yang memengaruhi pembentukan identitas individu dalam masyarakat secara cermat.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56E0F5" w14:textId="77777777" w:rsidR="001B5753" w:rsidRDefault="00C80CDC">
            <w:r>
              <w:rPr>
                <w:sz w:val="16"/>
              </w:rPr>
              <w:t>Identitas Diri:</w:t>
            </w:r>
            <w:r>
              <w:rPr>
                <w:sz w:val="16"/>
              </w:rPr>
              <w:br/>
              <w:t>- Pembentukan Identitas Diri &amp; Kelompok</w:t>
            </w:r>
            <w:r>
              <w:rPr>
                <w:sz w:val="16"/>
              </w:rPr>
              <w:br/>
              <w:t>- Status dan Peran Sosial</w:t>
            </w:r>
            <w:r>
              <w:rPr>
                <w:sz w:val="16"/>
              </w:rPr>
              <w:br/>
              <w:t>- Identitas di Era Digital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00E621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8952A3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33F81A" w14:textId="77777777" w:rsidR="001B5753" w:rsidRDefault="00C80CDC">
            <w:r>
              <w:rPr>
                <w:sz w:val="15"/>
              </w:rPr>
              <w:t>Buku Paket IPS Sosiologi Kelas X, Modul Identitas &amp; Kebudayaan, Jurnal Psikologi Sosial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C1E2D4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278959" w14:textId="77777777" w:rsidR="001B5753" w:rsidRDefault="00C80CDC">
            <w:r>
              <w:rPr>
                <w:sz w:val="15"/>
              </w:rPr>
              <w:t>QS. Al-Isra' [17]: 70 &amp; QS. Al-Hujurat [49]: 13</w:t>
            </w:r>
            <w:r>
              <w:rPr>
                <w:sz w:val="15"/>
              </w:rPr>
              <w:br/>
              <w:t>(Mulia manusia di sisi Allah dan keunikan identitas tiap individu)</w:t>
            </w:r>
          </w:p>
        </w:tc>
      </w:tr>
      <w:tr w:rsidR="001B5753" w14:paraId="1C2352DC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812124" w14:textId="77777777" w:rsidR="001B5753" w:rsidRDefault="00C80CDC">
            <w:pPr>
              <w:jc w:val="center"/>
            </w:pPr>
            <w:r>
              <w:rPr>
                <w:sz w:val="17"/>
              </w:rPr>
              <w:t>3.3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E14F52" w14:textId="77777777" w:rsidR="001B5753" w:rsidRDefault="00C80CDC">
            <w:r>
              <w:rPr>
                <w:i/>
                <w:color w:val="666666"/>
                <w:sz w:val="15"/>
              </w:rPr>
              <w:t>Sama seperti Bab 3: Identitas Diri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ACF6B2" w14:textId="77777777" w:rsidR="001B5753" w:rsidRDefault="00C80CDC">
            <w:r>
              <w:rPr>
                <w:sz w:val="17"/>
              </w:rPr>
              <w:t>Murid dapat menerapkan pemahaman mengenai status (ascribed, achieved, assigned) dan peran sosial dalam kehidupan sehari-hari secara bertanggung jawab.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80F8E3" w14:textId="77777777" w:rsidR="001B5753" w:rsidRDefault="00C80CDC">
            <w:r>
              <w:rPr>
                <w:sz w:val="16"/>
              </w:rPr>
              <w:t>Identitas Diri:</w:t>
            </w:r>
            <w:r>
              <w:rPr>
                <w:sz w:val="16"/>
              </w:rPr>
              <w:br/>
              <w:t>- Pembentukan Identitas Diri &amp; Kelompok</w:t>
            </w:r>
            <w:r>
              <w:rPr>
                <w:sz w:val="16"/>
              </w:rPr>
              <w:br/>
              <w:t>- Status dan Peran Sosial</w:t>
            </w:r>
            <w:r>
              <w:rPr>
                <w:sz w:val="16"/>
              </w:rPr>
              <w:br/>
              <w:t>- Identitas di Era Digital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D8D75C" w14:textId="77777777" w:rsidR="001B5753" w:rsidRDefault="00C80CDC">
            <w:r>
              <w:rPr>
                <w:sz w:val="16"/>
              </w:rPr>
              <w:t>Kewargaan, Kemandirian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CAB56C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9EB146" w14:textId="77777777" w:rsidR="001B5753" w:rsidRDefault="00C80CDC">
            <w:r>
              <w:rPr>
                <w:sz w:val="15"/>
              </w:rPr>
              <w:t>Buku Paket IPS Sosiologi Kelas X, Modul Identitas &amp; Kebudayaan, Jurnal Psikologi Sosial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039762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D352FB" w14:textId="77777777" w:rsidR="001B5753" w:rsidRDefault="00C80CDC">
            <w:r>
              <w:rPr>
                <w:sz w:val="15"/>
              </w:rPr>
              <w:t>QS. Al-Isra' [17]: 70 &amp; QS. Al-Hujurat [49]: 13</w:t>
            </w:r>
            <w:r>
              <w:rPr>
                <w:sz w:val="15"/>
              </w:rPr>
              <w:br/>
              <w:t>(Mulia manusia di sisi Allah dan keunikan identitas tiap individu)</w:t>
            </w:r>
          </w:p>
        </w:tc>
      </w:tr>
      <w:tr w:rsidR="001B5753" w14:paraId="351E67C3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2E7613" w14:textId="77777777" w:rsidR="001B5753" w:rsidRDefault="00C80CDC">
            <w:pPr>
              <w:jc w:val="center"/>
            </w:pPr>
            <w:r>
              <w:rPr>
                <w:sz w:val="17"/>
              </w:rPr>
              <w:t>3.4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747A91" w14:textId="77777777" w:rsidR="001B5753" w:rsidRDefault="00C80CDC">
            <w:r>
              <w:rPr>
                <w:i/>
                <w:color w:val="666666"/>
                <w:sz w:val="15"/>
              </w:rPr>
              <w:t>Sama seperti Bab 3: Identitas Diri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8EC0F9" w14:textId="77777777" w:rsidR="001B5753" w:rsidRDefault="00C80CDC">
            <w:r>
              <w:rPr>
                <w:sz w:val="17"/>
              </w:rPr>
              <w:t>Murid dapat menganalisis hubungan dinamika antara status, peran, dan pembentukan identitas sosial individu dalam kelompok secara kritis.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8E086B" w14:textId="77777777" w:rsidR="001B5753" w:rsidRDefault="00C80CDC">
            <w:r>
              <w:rPr>
                <w:sz w:val="16"/>
              </w:rPr>
              <w:t>Identitas Diri:</w:t>
            </w:r>
            <w:r>
              <w:rPr>
                <w:sz w:val="16"/>
              </w:rPr>
              <w:br/>
              <w:t>- Pembentukan Identitas Diri &amp; Kelompok</w:t>
            </w:r>
            <w:r>
              <w:rPr>
                <w:sz w:val="16"/>
              </w:rPr>
              <w:br/>
              <w:t>- Status dan Peran Sosial</w:t>
            </w:r>
            <w:r>
              <w:rPr>
                <w:sz w:val="16"/>
              </w:rPr>
              <w:br/>
              <w:t>- Identitas di Era Digital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E5C34B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81E698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782099" w14:textId="77777777" w:rsidR="001B5753" w:rsidRDefault="00C80CDC">
            <w:r>
              <w:rPr>
                <w:sz w:val="15"/>
              </w:rPr>
              <w:t>Buku Paket IPS Sosiologi Kelas X, Modul Identitas &amp; Kebudayaan, Jurnal Psikologi Sosial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875D14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0ABDC2" w14:textId="77777777" w:rsidR="001B5753" w:rsidRDefault="00C80CDC">
            <w:r>
              <w:rPr>
                <w:sz w:val="15"/>
              </w:rPr>
              <w:t>QS. Al-Isra' [17]: 70 &amp; QS. Al-Hujurat [49]: 13</w:t>
            </w:r>
            <w:r>
              <w:rPr>
                <w:sz w:val="15"/>
              </w:rPr>
              <w:br/>
              <w:t>(Mulia manusia di sisi Allah dan keunikan identitas tiap individu)</w:t>
            </w:r>
          </w:p>
        </w:tc>
      </w:tr>
      <w:tr w:rsidR="001B5753" w14:paraId="33C3015B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7F64BA" w14:textId="77777777" w:rsidR="001B5753" w:rsidRDefault="00C80CDC">
            <w:pPr>
              <w:jc w:val="center"/>
            </w:pPr>
            <w:r>
              <w:rPr>
                <w:sz w:val="17"/>
              </w:rPr>
              <w:lastRenderedPageBreak/>
              <w:t>3.5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4818F3" w14:textId="77777777" w:rsidR="001B5753" w:rsidRDefault="00C80CDC">
            <w:r>
              <w:rPr>
                <w:i/>
                <w:color w:val="666666"/>
                <w:sz w:val="15"/>
              </w:rPr>
              <w:t>Sama seperti Bab 3: Identitas Diri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F1F2E6" w14:textId="77777777" w:rsidR="001B5753" w:rsidRDefault="00C80CDC">
            <w:r>
              <w:rPr>
                <w:sz w:val="17"/>
              </w:rPr>
              <w:t>Murid dapat mengevaluasi dampak pengaruh era digital dan media sosial terhadap perubahan identitas serta kepribadian remaja masa kini secara solutif.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004C79" w14:textId="77777777" w:rsidR="001B5753" w:rsidRDefault="00C80CDC">
            <w:r>
              <w:rPr>
                <w:sz w:val="16"/>
              </w:rPr>
              <w:t>Identitas Diri:</w:t>
            </w:r>
            <w:r>
              <w:rPr>
                <w:sz w:val="16"/>
              </w:rPr>
              <w:br/>
              <w:t>- Pembentukan Identitas Diri &amp; Kelompok</w:t>
            </w:r>
            <w:r>
              <w:rPr>
                <w:sz w:val="16"/>
              </w:rPr>
              <w:br/>
              <w:t>- Status dan Peran Sosial</w:t>
            </w:r>
            <w:r>
              <w:rPr>
                <w:sz w:val="16"/>
              </w:rPr>
              <w:br/>
              <w:t>- Identitas di Era Digital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82C5E1" w14:textId="77777777" w:rsidR="001B5753" w:rsidRDefault="00C80CDC">
            <w:r>
              <w:rPr>
                <w:sz w:val="16"/>
              </w:rPr>
              <w:t>Penalaran Kritis, Kesehatan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EE0F66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D17A8D" w14:textId="77777777" w:rsidR="001B5753" w:rsidRDefault="00C80CDC">
            <w:r>
              <w:rPr>
                <w:sz w:val="15"/>
              </w:rPr>
              <w:t>Buku Paket IPS Sosiologi Kelas X, Modul Identitas &amp; Kebudayaan, Jurnal Psikologi Sosial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571311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836B95" w14:textId="77777777" w:rsidR="001B5753" w:rsidRDefault="00C80CDC">
            <w:r>
              <w:rPr>
                <w:sz w:val="15"/>
              </w:rPr>
              <w:t>QS. Al-Isra' [17]: 70 &amp; QS. Al-Hujurat [49]: 13</w:t>
            </w:r>
            <w:r>
              <w:rPr>
                <w:sz w:val="15"/>
              </w:rPr>
              <w:br/>
              <w:t>(Mulia manusia di sisi Allah dan keunikan identitas tiap individu)</w:t>
            </w:r>
          </w:p>
        </w:tc>
      </w:tr>
      <w:tr w:rsidR="001B5753" w14:paraId="02B4C103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17CBCF" w14:textId="77777777" w:rsidR="001B5753" w:rsidRDefault="00C80CDC">
            <w:pPr>
              <w:jc w:val="center"/>
            </w:pPr>
            <w:r>
              <w:rPr>
                <w:sz w:val="17"/>
              </w:rPr>
              <w:t>3.6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F2B68A" w14:textId="77777777" w:rsidR="001B5753" w:rsidRDefault="00C80CDC">
            <w:r>
              <w:rPr>
                <w:i/>
                <w:color w:val="666666"/>
                <w:sz w:val="15"/>
              </w:rPr>
              <w:t>Sama seperti Bab 3: Identitas Diri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51AD05" w14:textId="77777777" w:rsidR="001B5753" w:rsidRDefault="00C80CDC">
            <w:r>
              <w:rPr>
                <w:sz w:val="17"/>
              </w:rPr>
              <w:t>Murid dapat merancang proyek autobiografi sosiologis atau portofolio identitas diri yang merefleksikan peran sosialnya di masyarakat secara kreatif dan mandiri.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6746F9" w14:textId="77777777" w:rsidR="001B5753" w:rsidRDefault="00C80CDC">
            <w:r>
              <w:rPr>
                <w:sz w:val="16"/>
              </w:rPr>
              <w:t>Identitas Diri:</w:t>
            </w:r>
            <w:r>
              <w:rPr>
                <w:sz w:val="16"/>
              </w:rPr>
              <w:br/>
              <w:t>- Pembentukan Identitas Diri &amp; Kelompok</w:t>
            </w:r>
            <w:r>
              <w:rPr>
                <w:sz w:val="16"/>
              </w:rPr>
              <w:br/>
              <w:t>- Status dan Peran Sosial</w:t>
            </w:r>
            <w:r>
              <w:rPr>
                <w:sz w:val="16"/>
              </w:rPr>
              <w:br/>
              <w:t>- Identitas di Era Digital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1A9419" w14:textId="77777777" w:rsidR="001B5753" w:rsidRDefault="00C80CDC">
            <w:r>
              <w:rPr>
                <w:sz w:val="16"/>
              </w:rPr>
              <w:t>Kreativitas, Kemandirian, Komunikasi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07487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7312D2" w14:textId="77777777" w:rsidR="001B5753" w:rsidRDefault="00C80CDC">
            <w:r>
              <w:rPr>
                <w:sz w:val="15"/>
              </w:rPr>
              <w:t>Buku Paket IPS Sosiologi Kelas X, Modul Identitas &amp; Kebudayaan, Jurnal Psikologi Sosial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A5C978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2EEFDC" w14:textId="77777777" w:rsidR="001B5753" w:rsidRDefault="00C80CDC">
            <w:r>
              <w:rPr>
                <w:sz w:val="15"/>
              </w:rPr>
              <w:t>QS. Al-Isra' [17]: 70 &amp; QS. Al-Hujurat [49]: 13</w:t>
            </w:r>
            <w:r>
              <w:rPr>
                <w:sz w:val="15"/>
              </w:rPr>
              <w:br/>
              <w:t>(Mulia manusia di sisi Allah dan keunikan identitas tiap individu)</w:t>
            </w:r>
          </w:p>
        </w:tc>
      </w:tr>
      <w:tr w:rsidR="001B5753" w14:paraId="2E79B78D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5D4DC1" w14:textId="77777777" w:rsidR="001B5753" w:rsidRDefault="00C80CDC">
            <w:pPr>
              <w:jc w:val="center"/>
            </w:pPr>
            <w:r>
              <w:rPr>
                <w:sz w:val="17"/>
              </w:rPr>
              <w:t>4.1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7CD1C2" w14:textId="77777777" w:rsidR="001B5753" w:rsidRDefault="00C80CDC">
            <w:r>
              <w:rPr>
                <w:b/>
                <w:color w:val="1B365D"/>
              </w:rPr>
              <w:t>[Bab 4: Tindakan Sosial dan Hubungan Sosial]</w:t>
            </w:r>
            <w:r>
              <w:rPr>
                <w:b/>
                <w:color w:val="1B365D"/>
              </w:rPr>
              <w:br/>
            </w:r>
            <w:r>
              <w:rPr>
                <w:sz w:val="16"/>
              </w:rPr>
              <w:t>Pemahaman Konsep: Menelaah status dan peran individu serta memberikan contoh ragam gejala sosial.</w:t>
            </w:r>
            <w:r>
              <w:rPr>
                <w:sz w:val="16"/>
              </w:rPr>
              <w:br/>
              <w:t>Keterampilan Proses: Mengamati fenomena kehidupan manusia, menarik simpulan, dan mengomunikasikan.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87FEEE" w14:textId="77777777" w:rsidR="001B5753" w:rsidRDefault="00C80CDC">
            <w:r>
              <w:rPr>
                <w:sz w:val="17"/>
              </w:rPr>
              <w:t>Murid dapat menjelaskan tipe-tipe tindakan sosial menurut Max Weber (rasional instrumental, nilai, afektif, tradisional) melalui analisis contoh konkret secara sistematis.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4BC941" w14:textId="77777777" w:rsidR="001B5753" w:rsidRDefault="00C80CDC">
            <w:r>
              <w:rPr>
                <w:sz w:val="16"/>
              </w:rPr>
              <w:t>Tindakan &amp; Hubungan Sosial:</w:t>
            </w:r>
            <w:r>
              <w:rPr>
                <w:sz w:val="16"/>
              </w:rPr>
              <w:br/>
              <w:t>- Tipe Tindakan Sosial (Max Weber)</w:t>
            </w:r>
            <w:r>
              <w:rPr>
                <w:sz w:val="16"/>
              </w:rPr>
              <w:br/>
              <w:t>- Interaksi &amp; Hubungan Sosial</w:t>
            </w:r>
            <w:r>
              <w:rPr>
                <w:sz w:val="16"/>
              </w:rPr>
              <w:br/>
              <w:t>- Proses Asosiatif &amp; Disosiatif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47F74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4A71DC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FEF443" w14:textId="77777777" w:rsidR="001B5753" w:rsidRDefault="00C80CDC">
            <w:r>
              <w:rPr>
                <w:sz w:val="15"/>
              </w:rPr>
              <w:t>Buku Paket IPS Sosiologi Kelas X, Video Pembelajaran Interaksi Sosial, Studi Kasus Dinamika Masyarakat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EDAB64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D521AC" w14:textId="77777777" w:rsidR="001B5753" w:rsidRDefault="00C80CDC">
            <w:r>
              <w:rPr>
                <w:sz w:val="15"/>
              </w:rPr>
              <w:t>QS. Al-Ma'idah [5]: 2 &amp; QS. Al-Hujurat [49]: 10</w:t>
            </w:r>
            <w:r>
              <w:rPr>
                <w:sz w:val="15"/>
              </w:rPr>
              <w:br/>
              <w:t>(Tolong-menolong dalam kebaikan dan persaudaraan sesama manusia)</w:t>
            </w:r>
          </w:p>
        </w:tc>
      </w:tr>
      <w:tr w:rsidR="001B5753" w14:paraId="45788165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835DA3" w14:textId="77777777" w:rsidR="001B5753" w:rsidRDefault="00C80CDC">
            <w:pPr>
              <w:jc w:val="center"/>
            </w:pPr>
            <w:r>
              <w:rPr>
                <w:sz w:val="17"/>
              </w:rPr>
              <w:t>4.2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ABFFA5" w14:textId="77777777" w:rsidR="001B5753" w:rsidRDefault="00C80CDC">
            <w:r>
              <w:rPr>
                <w:i/>
                <w:color w:val="666666"/>
                <w:sz w:val="15"/>
              </w:rPr>
              <w:t>Sama seperti Bab 4: Tindakan Sosial dan Hubungan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7B3715" w14:textId="77777777" w:rsidR="001B5753" w:rsidRDefault="00C80CDC">
            <w:r>
              <w:rPr>
                <w:sz w:val="17"/>
              </w:rPr>
              <w:t>Murid dapat mengidentifikasi syarat, faktor pendorong (imitasi, sugesti, identifikasi, simpati, empati), dan bentuk interaksi sosial melalui pengamatan lingkungan secara rinci.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FCE7D0" w14:textId="77777777" w:rsidR="001B5753" w:rsidRDefault="00C80CDC">
            <w:r>
              <w:rPr>
                <w:sz w:val="16"/>
              </w:rPr>
              <w:t>Tindakan &amp; Hubungan Sosial:</w:t>
            </w:r>
            <w:r>
              <w:rPr>
                <w:sz w:val="16"/>
              </w:rPr>
              <w:br/>
              <w:t>- Tipe Tindakan Sosial (Max Weber)</w:t>
            </w:r>
            <w:r>
              <w:rPr>
                <w:sz w:val="16"/>
              </w:rPr>
              <w:br/>
              <w:t>- Interaksi &amp; Hubungan Sosial</w:t>
            </w:r>
            <w:r>
              <w:rPr>
                <w:sz w:val="16"/>
              </w:rPr>
              <w:br/>
              <w:t>- Proses Asosiatif &amp; Disosiatif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55DF78" w14:textId="77777777" w:rsidR="001B5753" w:rsidRDefault="00C80CDC">
            <w:r>
              <w:rPr>
                <w:sz w:val="16"/>
              </w:rPr>
              <w:t>Penalaran Kritis, Komunikasi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6ACE51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79DD75" w14:textId="77777777" w:rsidR="001B5753" w:rsidRDefault="00C80CDC">
            <w:r>
              <w:rPr>
                <w:sz w:val="15"/>
              </w:rPr>
              <w:t>Buku Paket IPS Sosiologi Kelas X, Video Pembelajaran Interaksi Sosial, Studi Kasus Dinamika Masyarakat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3197DD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9BC243" w14:textId="77777777" w:rsidR="001B5753" w:rsidRDefault="00C80CDC">
            <w:r>
              <w:rPr>
                <w:sz w:val="15"/>
              </w:rPr>
              <w:t>QS. Al-Ma'idah [5]: 2 &amp; QS. Al-Hujurat [49]: 10</w:t>
            </w:r>
            <w:r>
              <w:rPr>
                <w:sz w:val="15"/>
              </w:rPr>
              <w:br/>
              <w:t>(Tolong-menolong dalam kebaikan dan persaudaraan sesama manusia)</w:t>
            </w:r>
          </w:p>
        </w:tc>
      </w:tr>
      <w:tr w:rsidR="001B5753" w14:paraId="16A550E2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08DFAD" w14:textId="77777777" w:rsidR="001B5753" w:rsidRDefault="00C80CDC">
            <w:pPr>
              <w:jc w:val="center"/>
            </w:pPr>
            <w:r>
              <w:rPr>
                <w:sz w:val="17"/>
              </w:rPr>
              <w:t>4.3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79BD79" w14:textId="77777777" w:rsidR="001B5753" w:rsidRDefault="00C80CDC">
            <w:r>
              <w:rPr>
                <w:i/>
                <w:color w:val="666666"/>
                <w:sz w:val="15"/>
              </w:rPr>
              <w:t>Sama seperti Bab 4: Tindakan Sosial dan Hubungan Sosial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66ABB0" w14:textId="77777777" w:rsidR="001B5753" w:rsidRDefault="00C80CDC">
            <w:r>
              <w:rPr>
                <w:sz w:val="17"/>
              </w:rPr>
              <w:t>Murid dapat mengklasifikasikan proses sosial yang bersifat asosiatif (kerjasama, akomodasi) dan disosiatif (persaingan, konflik) dalam realitas sekolah/masyarakat secara tepat.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D56BE3" w14:textId="77777777" w:rsidR="001B5753" w:rsidRDefault="00C80CDC">
            <w:r>
              <w:rPr>
                <w:sz w:val="16"/>
              </w:rPr>
              <w:t>Tindakan &amp; Hubungan Sosial:</w:t>
            </w:r>
            <w:r>
              <w:rPr>
                <w:sz w:val="16"/>
              </w:rPr>
              <w:br/>
              <w:t>- Tipe Tindakan Sosial (Max Weber)</w:t>
            </w:r>
            <w:r>
              <w:rPr>
                <w:sz w:val="16"/>
              </w:rPr>
              <w:br/>
              <w:t>- Interaksi &amp; Hubungan Sosial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- Proses Asosiatif &amp; Disosiatif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989B23" w14:textId="77777777" w:rsidR="001B5753" w:rsidRDefault="00C80CDC">
            <w:r>
              <w:rPr>
                <w:sz w:val="16"/>
              </w:rPr>
              <w:lastRenderedPageBreak/>
              <w:t>Penalaran Kritis, Kolaborasi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8465FC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926F9" w14:textId="77777777" w:rsidR="001B5753" w:rsidRDefault="00C80CDC">
            <w:r>
              <w:rPr>
                <w:sz w:val="15"/>
              </w:rPr>
              <w:t xml:space="preserve">Buku Paket IPS Sosiologi Kelas X, Video Pembelajaran Interaksi Sosial, Studi Kasus Dinamika </w:t>
            </w:r>
            <w:r>
              <w:rPr>
                <w:sz w:val="15"/>
              </w:rPr>
              <w:lastRenderedPageBreak/>
              <w:t>Masyarakat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6901AA" w14:textId="77777777" w:rsidR="001B5753" w:rsidRDefault="00C80CDC">
            <w:pPr>
              <w:jc w:val="center"/>
            </w:pPr>
            <w:r>
              <w:rPr>
                <w:sz w:val="16"/>
              </w:rPr>
              <w:lastRenderedPageBreak/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719D1D" w14:textId="77777777" w:rsidR="001B5753" w:rsidRDefault="00C80CDC">
            <w:r>
              <w:rPr>
                <w:sz w:val="15"/>
              </w:rPr>
              <w:t>QS. Al-Ma'idah [5]: 2 &amp; QS. Al-Hujurat [49]: 10</w:t>
            </w:r>
            <w:r>
              <w:rPr>
                <w:sz w:val="15"/>
              </w:rPr>
              <w:br/>
              <w:t>(Tolong-menolong dalam kebaikan dan persaudaraan sesama manusia)</w:t>
            </w:r>
          </w:p>
        </w:tc>
      </w:tr>
      <w:tr w:rsidR="001B5753" w14:paraId="190D26ED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1C9E94" w14:textId="77777777" w:rsidR="001B5753" w:rsidRDefault="00C80CDC">
            <w:pPr>
              <w:jc w:val="center"/>
            </w:pPr>
            <w:r>
              <w:rPr>
                <w:sz w:val="17"/>
              </w:rPr>
              <w:t>4.4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FC819C" w14:textId="77777777" w:rsidR="001B5753" w:rsidRDefault="00C80CDC">
            <w:r>
              <w:rPr>
                <w:i/>
                <w:color w:val="666666"/>
                <w:sz w:val="15"/>
              </w:rPr>
              <w:t>Sama seperti Bab 4: Tindakan Sosial dan Hubungan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052273" w14:textId="77777777" w:rsidR="001B5753" w:rsidRDefault="00C80CDC">
            <w:r>
              <w:rPr>
                <w:sz w:val="17"/>
              </w:rPr>
              <w:t>Murid dapat menganalisis pengaruh interaksi dan hubungan sosial terhadap pembentukan keteraturan sosial atau munculnya potensi ketegangan di masyarakat secara kritis.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077B62" w14:textId="77777777" w:rsidR="001B5753" w:rsidRDefault="00C80CDC">
            <w:r>
              <w:rPr>
                <w:sz w:val="16"/>
              </w:rPr>
              <w:t>Tindakan &amp; Hubungan Sosial:</w:t>
            </w:r>
            <w:r>
              <w:rPr>
                <w:sz w:val="16"/>
              </w:rPr>
              <w:br/>
              <w:t>- Tipe Tindakan Sosial (Max Weber)</w:t>
            </w:r>
            <w:r>
              <w:rPr>
                <w:sz w:val="16"/>
              </w:rPr>
              <w:br/>
              <w:t>- Interaksi &amp; Hubungan Sosial</w:t>
            </w:r>
            <w:r>
              <w:rPr>
                <w:sz w:val="16"/>
              </w:rPr>
              <w:br/>
              <w:t>- Proses Asosiatif &amp; Disosiatif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151DC5" w14:textId="77777777" w:rsidR="001B5753" w:rsidRDefault="00C80CDC">
            <w:r>
              <w:rPr>
                <w:sz w:val="16"/>
              </w:rPr>
              <w:t>Penalaran Kritis, Kewargaan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23C6C4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8D0985" w14:textId="77777777" w:rsidR="001B5753" w:rsidRDefault="00C80CDC">
            <w:r>
              <w:rPr>
                <w:sz w:val="15"/>
              </w:rPr>
              <w:t>Buku Paket IPS Sosiologi Kelas X, Video Pembelajaran Interaksi Sosial, Studi Kasus Dinamika Masyarakat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B3159F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515A97" w14:textId="77777777" w:rsidR="001B5753" w:rsidRDefault="00C80CDC">
            <w:r>
              <w:rPr>
                <w:sz w:val="15"/>
              </w:rPr>
              <w:t>QS. Al-Ma'idah [5]: 2 &amp; QS. Al-Hujurat [49]: 10</w:t>
            </w:r>
            <w:r>
              <w:rPr>
                <w:sz w:val="15"/>
              </w:rPr>
              <w:br/>
              <w:t>(Tolong-menolong dalam kebaikan dan persaudaraan sesama manusia)</w:t>
            </w:r>
          </w:p>
        </w:tc>
      </w:tr>
      <w:tr w:rsidR="001B5753" w14:paraId="1C760CE4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9B244C" w14:textId="77777777" w:rsidR="001B5753" w:rsidRDefault="00C80CDC">
            <w:pPr>
              <w:jc w:val="center"/>
            </w:pPr>
            <w:r>
              <w:rPr>
                <w:sz w:val="17"/>
              </w:rPr>
              <w:t>4.5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CC350C" w14:textId="77777777" w:rsidR="001B5753" w:rsidRDefault="00C80CDC">
            <w:r>
              <w:rPr>
                <w:i/>
                <w:color w:val="666666"/>
                <w:sz w:val="15"/>
              </w:rPr>
              <w:t>Sama seperti Bab 4: Tindakan Sosial dan Hubungan Sosial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1C0B77" w14:textId="77777777" w:rsidR="001B5753" w:rsidRDefault="00C80CDC">
            <w:r>
              <w:rPr>
                <w:sz w:val="17"/>
              </w:rPr>
              <w:t>Murid dapat mengevaluasi efektivitas pola hubungan sosial interkelompok dalam mempererat integrasi dan harmoni sosial secara komprehensif.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F0A29C" w14:textId="77777777" w:rsidR="001B5753" w:rsidRDefault="00C80CDC">
            <w:r>
              <w:rPr>
                <w:sz w:val="16"/>
              </w:rPr>
              <w:t>Tindakan &amp; Hubungan Sosial:</w:t>
            </w:r>
            <w:r>
              <w:rPr>
                <w:sz w:val="16"/>
              </w:rPr>
              <w:br/>
              <w:t>- Tipe Tindakan Sosial (Max Weber)</w:t>
            </w:r>
            <w:r>
              <w:rPr>
                <w:sz w:val="16"/>
              </w:rPr>
              <w:br/>
              <w:t>- Interaksi &amp; Hubungan Sosial</w:t>
            </w:r>
            <w:r>
              <w:rPr>
                <w:sz w:val="16"/>
              </w:rPr>
              <w:br/>
              <w:t>- Proses Asosiatif &amp; Disosiatif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9AEE00" w14:textId="77777777" w:rsidR="001B5753" w:rsidRDefault="00C80CDC">
            <w:r>
              <w:rPr>
                <w:sz w:val="16"/>
              </w:rPr>
              <w:t>Penalaran Kritis, Kewargaan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A939BC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18D9EC" w14:textId="77777777" w:rsidR="001B5753" w:rsidRDefault="00C80CDC">
            <w:r>
              <w:rPr>
                <w:sz w:val="15"/>
              </w:rPr>
              <w:t>Buku Paket IPS Sosiologi Kelas X, Video Pembelajaran Interaksi Sosial, Studi Kasus Dinamika Masyarakat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6D0E3A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7723B" w14:textId="77777777" w:rsidR="001B5753" w:rsidRDefault="00C80CDC">
            <w:r>
              <w:rPr>
                <w:sz w:val="15"/>
              </w:rPr>
              <w:t>QS. Al-Ma'idah [5]: 2 &amp; QS. Al-Hujurat [49]: 10</w:t>
            </w:r>
            <w:r>
              <w:rPr>
                <w:sz w:val="15"/>
              </w:rPr>
              <w:br/>
              <w:t>(Tolong-menolong dalam kebaikan dan persaudaraan sesama manusia)</w:t>
            </w:r>
          </w:p>
        </w:tc>
      </w:tr>
      <w:tr w:rsidR="001B5753" w14:paraId="4514D85E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D936EE" w14:textId="77777777" w:rsidR="001B5753" w:rsidRDefault="00C80CDC">
            <w:pPr>
              <w:jc w:val="center"/>
            </w:pPr>
            <w:r>
              <w:rPr>
                <w:sz w:val="17"/>
              </w:rPr>
              <w:t>4.6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1D39D3" w14:textId="77777777" w:rsidR="001B5753" w:rsidRDefault="00C80CDC">
            <w:r>
              <w:rPr>
                <w:i/>
                <w:color w:val="666666"/>
                <w:sz w:val="15"/>
              </w:rPr>
              <w:t>Sama seperti Bab 4: Tindakan Sosial dan Hubungan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404D1C" w14:textId="77777777" w:rsidR="001B5753" w:rsidRDefault="00C80CDC">
            <w:r>
              <w:rPr>
                <w:sz w:val="17"/>
              </w:rPr>
              <w:t>Murid dapat menciptakan proyek kampanye sosial digital untuk mempromosikan tindakan sosial positif dan toleransi antaranggota sekolah secara inovatif.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DB15E0" w14:textId="77777777" w:rsidR="001B5753" w:rsidRDefault="00C80CDC">
            <w:r>
              <w:rPr>
                <w:sz w:val="16"/>
              </w:rPr>
              <w:t>Tindakan &amp; Hubungan Sosial:</w:t>
            </w:r>
            <w:r>
              <w:rPr>
                <w:sz w:val="16"/>
              </w:rPr>
              <w:br/>
              <w:t>- Tipe Tindakan Sosial (Max Weber)</w:t>
            </w:r>
            <w:r>
              <w:rPr>
                <w:sz w:val="16"/>
              </w:rPr>
              <w:br/>
              <w:t>- Interaksi &amp; Hubungan Sosial</w:t>
            </w:r>
            <w:r>
              <w:rPr>
                <w:sz w:val="16"/>
              </w:rPr>
              <w:br/>
              <w:t>- Proses Asosiatif &amp; Disosiatif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E2D8A9" w14:textId="77777777" w:rsidR="001B5753" w:rsidRDefault="00C80CDC">
            <w:r>
              <w:rPr>
                <w:sz w:val="16"/>
              </w:rPr>
              <w:t>Kreativitas, Komunikasi, Kolaborasi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9EC4A2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EA2A48" w14:textId="77777777" w:rsidR="001B5753" w:rsidRDefault="00C80CDC">
            <w:r>
              <w:rPr>
                <w:sz w:val="15"/>
              </w:rPr>
              <w:t>Buku Paket IPS Sosiologi Kelas X, Video Pembelajaran Interaksi Sosial, Studi Kasus Dinamika Masyarakat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64E52B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B89ABC" w14:textId="77777777" w:rsidR="001B5753" w:rsidRDefault="00C80CDC">
            <w:r>
              <w:rPr>
                <w:sz w:val="15"/>
              </w:rPr>
              <w:t>QS. Al-Ma'idah [5]: 2 &amp; QS. Al-Hujurat [49]: 10</w:t>
            </w:r>
            <w:r>
              <w:rPr>
                <w:sz w:val="15"/>
              </w:rPr>
              <w:br/>
              <w:t>(Tolong-menolong dalam kebaikan dan persaudaraan sesama manusia)</w:t>
            </w:r>
          </w:p>
        </w:tc>
      </w:tr>
      <w:tr w:rsidR="001B5753" w14:paraId="160836A9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BD5F39" w14:textId="77777777" w:rsidR="001B5753" w:rsidRDefault="00C80CDC">
            <w:pPr>
              <w:jc w:val="center"/>
            </w:pPr>
            <w:r>
              <w:rPr>
                <w:sz w:val="17"/>
              </w:rPr>
              <w:t>5.1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FAE12E" w14:textId="77777777" w:rsidR="001B5753" w:rsidRDefault="00C80CDC">
            <w:r>
              <w:rPr>
                <w:b/>
                <w:color w:val="1B365D"/>
              </w:rPr>
              <w:t>[Bab 5: Lembaga Sosial]</w:t>
            </w:r>
            <w:r>
              <w:rPr>
                <w:b/>
                <w:color w:val="1B365D"/>
              </w:rPr>
              <w:br/>
            </w:r>
            <w:r>
              <w:rPr>
                <w:sz w:val="16"/>
              </w:rPr>
              <w:t>Pemahaman Konsep: Menjelaskan fungsi sosiologi dan menelaah peran lembaga dalam mengkaji masyarakat.</w:t>
            </w:r>
            <w:r>
              <w:rPr>
                <w:sz w:val="16"/>
              </w:rPr>
              <w:br/>
              <w:t>Keterampilan Proses: Mengumpulkan informasi, menganalisis, dan menyusun rencana tindak lanjut.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9D6286" w14:textId="77777777" w:rsidR="001B5753" w:rsidRDefault="00C80CDC">
            <w:r>
              <w:rPr>
                <w:sz w:val="17"/>
              </w:rPr>
              <w:t>Murid dapat menjelaskan hakikat, proses pelembagaan (institusionalisasi), dan fungsi umum lembaga sosial dalam masyarakat secara mendasar.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D98D17" w14:textId="77777777" w:rsidR="001B5753" w:rsidRDefault="00C80CDC">
            <w:r>
              <w:rPr>
                <w:sz w:val="16"/>
              </w:rPr>
              <w:t>Lembaga Sosial:</w:t>
            </w:r>
            <w:r>
              <w:rPr>
                <w:sz w:val="16"/>
              </w:rPr>
              <w:br/>
              <w:t>- Hakikat &amp; Tipe Lembaga Sosial</w:t>
            </w:r>
            <w:r>
              <w:rPr>
                <w:sz w:val="16"/>
              </w:rPr>
              <w:br/>
              <w:t>- Peran Lembaga (Keluarga, Agama, Ekonomi, Pendidikan, Politik)</w:t>
            </w:r>
            <w:r>
              <w:rPr>
                <w:sz w:val="16"/>
              </w:rPr>
              <w:br/>
              <w:t>- Dinamika Lembaga Sosial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068019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6D29A1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E2EA92" w14:textId="77777777" w:rsidR="001B5753" w:rsidRDefault="00C80CDC">
            <w:r>
              <w:rPr>
                <w:sz w:val="15"/>
              </w:rPr>
              <w:t>Buku Paket IPS Sosiologi Kelas X, Dokumen Perundang-undangan/Kebijakan Lembaga, Artikel Sosiologi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4D97CA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C4F56D" w14:textId="77777777" w:rsidR="001B5753" w:rsidRDefault="00C80CDC">
            <w:r>
              <w:rPr>
                <w:sz w:val="15"/>
              </w:rPr>
              <w:t>QS. An-Nisa' [4]: 58 &amp; QS. At-Tahrim [66]: 6</w:t>
            </w:r>
            <w:r>
              <w:rPr>
                <w:sz w:val="15"/>
              </w:rPr>
              <w:br/>
              <w:t>(Amanah dalam kepemimpinan/lembaga dan menjaga ketahanan keluarga)</w:t>
            </w:r>
          </w:p>
        </w:tc>
      </w:tr>
      <w:tr w:rsidR="001B5753" w14:paraId="341F545C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259FA0" w14:textId="77777777" w:rsidR="001B5753" w:rsidRDefault="00C80CDC">
            <w:pPr>
              <w:jc w:val="center"/>
            </w:pPr>
            <w:r>
              <w:rPr>
                <w:sz w:val="17"/>
              </w:rPr>
              <w:t>5.2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999BD" w14:textId="77777777" w:rsidR="001B5753" w:rsidRDefault="00C80CDC">
            <w:r>
              <w:rPr>
                <w:i/>
                <w:color w:val="666666"/>
                <w:sz w:val="15"/>
              </w:rPr>
              <w:t>Sama seperti Bab 5: Lembaga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3BAE9D" w14:textId="77777777" w:rsidR="001B5753" w:rsidRDefault="00C80CDC">
            <w:r>
              <w:rPr>
                <w:sz w:val="17"/>
              </w:rPr>
              <w:t xml:space="preserve">Murid dapat mengidentifikasi jenis-jenis lembaga sosial utama (keluarga, agama, </w:t>
            </w:r>
            <w:r>
              <w:rPr>
                <w:sz w:val="17"/>
              </w:rPr>
              <w:lastRenderedPageBreak/>
              <w:t>ekonomi, pendidikan, politik) beserta peran spesifiknya secara tepat.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A6BDC3" w14:textId="77777777" w:rsidR="001B5753" w:rsidRDefault="00C80CDC">
            <w:r>
              <w:rPr>
                <w:sz w:val="16"/>
              </w:rPr>
              <w:lastRenderedPageBreak/>
              <w:t>Lembaga Sosial:</w:t>
            </w:r>
            <w:r>
              <w:rPr>
                <w:sz w:val="16"/>
              </w:rPr>
              <w:br/>
              <w:t xml:space="preserve">- Hakikat &amp; Tipe </w:t>
            </w:r>
            <w:r>
              <w:rPr>
                <w:sz w:val="16"/>
              </w:rPr>
              <w:lastRenderedPageBreak/>
              <w:t>Lembaga Sosial</w:t>
            </w:r>
            <w:r>
              <w:rPr>
                <w:sz w:val="16"/>
              </w:rPr>
              <w:br/>
              <w:t>- Peran Lembaga (Keluarga, Agama, Ekonomi, Pendidikan, Politik)</w:t>
            </w:r>
            <w:r>
              <w:rPr>
                <w:sz w:val="16"/>
              </w:rPr>
              <w:br/>
              <w:t>- Dinamika Lembaga Sosial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CABDEE" w14:textId="77777777" w:rsidR="001B5753" w:rsidRDefault="00C80CDC">
            <w:r>
              <w:rPr>
                <w:sz w:val="16"/>
              </w:rPr>
              <w:lastRenderedPageBreak/>
              <w:t>Penalaran Kritis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E51001" w14:textId="77777777" w:rsidR="001B5753" w:rsidRDefault="00C80CDC">
            <w:pPr>
              <w:jc w:val="center"/>
            </w:pPr>
            <w:r>
              <w:rPr>
                <w:sz w:val="16"/>
              </w:rPr>
              <w:t xml:space="preserve">Kelas X / </w:t>
            </w:r>
            <w:r>
              <w:rPr>
                <w:sz w:val="16"/>
              </w:rPr>
              <w:lastRenderedPageBreak/>
              <w:t>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A3C736" w14:textId="77777777" w:rsidR="001B5753" w:rsidRDefault="00C80CDC">
            <w:r>
              <w:rPr>
                <w:sz w:val="15"/>
              </w:rPr>
              <w:lastRenderedPageBreak/>
              <w:t xml:space="preserve">Buku Paket IPS Sosiologi Kelas X, </w:t>
            </w:r>
            <w:r>
              <w:rPr>
                <w:sz w:val="15"/>
              </w:rPr>
              <w:lastRenderedPageBreak/>
              <w:t>Dokumen Perundang-undangan/Kebijakan Lembaga, Artikel Sosiologi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1E3C14" w14:textId="77777777" w:rsidR="001B5753" w:rsidRDefault="00C80CDC">
            <w:pPr>
              <w:jc w:val="center"/>
            </w:pPr>
            <w:r>
              <w:rPr>
                <w:sz w:val="16"/>
              </w:rPr>
              <w:lastRenderedPageBreak/>
              <w:t xml:space="preserve">12 JP (3 </w:t>
            </w:r>
            <w:r>
              <w:rPr>
                <w:sz w:val="16"/>
              </w:rPr>
              <w:lastRenderedPageBreak/>
              <w:t>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F3C6D3" w14:textId="77777777" w:rsidR="001B5753" w:rsidRDefault="00C80CDC">
            <w:r>
              <w:rPr>
                <w:sz w:val="15"/>
              </w:rPr>
              <w:lastRenderedPageBreak/>
              <w:t>QS. An-Nisa' [4]: 58 &amp; QS. At-Tahrim [66]: 6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lastRenderedPageBreak/>
              <w:t>(Amanah dalam kepemimpinan/lembaga dan menjaga ketahanan keluarga)</w:t>
            </w:r>
          </w:p>
        </w:tc>
      </w:tr>
      <w:tr w:rsidR="001B5753" w14:paraId="6A13CB07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F420BE" w14:textId="77777777" w:rsidR="001B5753" w:rsidRDefault="00C80CDC">
            <w:pPr>
              <w:jc w:val="center"/>
            </w:pPr>
            <w:r>
              <w:rPr>
                <w:sz w:val="17"/>
              </w:rPr>
              <w:lastRenderedPageBreak/>
              <w:t>5.3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98F244" w14:textId="77777777" w:rsidR="001B5753" w:rsidRDefault="00C80CDC">
            <w:r>
              <w:rPr>
                <w:i/>
                <w:color w:val="666666"/>
                <w:sz w:val="15"/>
              </w:rPr>
              <w:t>Sama seperti Bab 5: Lembaga Sosial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92DAFE" w14:textId="77777777" w:rsidR="001B5753" w:rsidRDefault="00C80CDC">
            <w:r>
              <w:rPr>
                <w:sz w:val="17"/>
              </w:rPr>
              <w:t>Murid dapat menerapkan pemahaman tentang fungsi lembaga keluarga dan pendidikan dalam membimbing perilaku individu sehari-hari secara positif.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E81644" w14:textId="77777777" w:rsidR="001B5753" w:rsidRDefault="00C80CDC">
            <w:r>
              <w:rPr>
                <w:sz w:val="16"/>
              </w:rPr>
              <w:t>Lembaga Sosial:</w:t>
            </w:r>
            <w:r>
              <w:rPr>
                <w:sz w:val="16"/>
              </w:rPr>
              <w:br/>
              <w:t>- Hakikat &amp; Tipe Lembaga Sosial</w:t>
            </w:r>
            <w:r>
              <w:rPr>
                <w:sz w:val="16"/>
              </w:rPr>
              <w:br/>
              <w:t>- Peran Lembaga (Keluarga, Agama, Ekonomi, Pendidikan, Politik)</w:t>
            </w:r>
            <w:r>
              <w:rPr>
                <w:sz w:val="16"/>
              </w:rPr>
              <w:br/>
              <w:t>- Dinamika Lembaga Sosial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AB204B" w14:textId="77777777" w:rsidR="001B5753" w:rsidRDefault="00C80CDC">
            <w:r>
              <w:rPr>
                <w:sz w:val="16"/>
              </w:rPr>
              <w:t>Keimanan &amp; Ketakwaan, Kemandirian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02C52D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53005A" w14:textId="77777777" w:rsidR="001B5753" w:rsidRDefault="00C80CDC">
            <w:r>
              <w:rPr>
                <w:sz w:val="15"/>
              </w:rPr>
              <w:t>Buku Paket IPS Sosiologi Kelas X, Dokumen Perundang-undangan/Kebijakan Lembaga, Artikel Sosiologi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414E98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70E527" w14:textId="77777777" w:rsidR="001B5753" w:rsidRDefault="00C80CDC">
            <w:r>
              <w:rPr>
                <w:sz w:val="15"/>
              </w:rPr>
              <w:t>QS. An-Nisa' [4]: 58 &amp; QS. At-Tahrim [66]: 6</w:t>
            </w:r>
            <w:r>
              <w:rPr>
                <w:sz w:val="15"/>
              </w:rPr>
              <w:br/>
              <w:t>(Amanah dalam kepemimpinan/lembaga dan menjaga ketahanan keluarga)</w:t>
            </w:r>
          </w:p>
        </w:tc>
      </w:tr>
      <w:tr w:rsidR="001B5753" w14:paraId="6ACB38F0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60BEC9" w14:textId="77777777" w:rsidR="001B5753" w:rsidRDefault="00C80CDC">
            <w:pPr>
              <w:jc w:val="center"/>
            </w:pPr>
            <w:r>
              <w:rPr>
                <w:sz w:val="17"/>
              </w:rPr>
              <w:t>5.4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83E66E" w14:textId="77777777" w:rsidR="001B5753" w:rsidRDefault="00C80CDC">
            <w:r>
              <w:rPr>
                <w:i/>
                <w:color w:val="666666"/>
                <w:sz w:val="15"/>
              </w:rPr>
              <w:t>Sama seperti Bab 5: Lembaga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2BF9C2" w14:textId="77777777" w:rsidR="001B5753" w:rsidRDefault="00C80CDC">
            <w:r>
              <w:rPr>
                <w:sz w:val="17"/>
              </w:rPr>
              <w:t>Murid dapat menganalisis peran dan efektivitas lembaga sosial dalam memelihara ketertiban serta mengatasi penyimpangan sosial di masyarakat secara analitis.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193B42" w14:textId="77777777" w:rsidR="001B5753" w:rsidRDefault="00C80CDC">
            <w:r>
              <w:rPr>
                <w:sz w:val="16"/>
              </w:rPr>
              <w:t>Lembaga Sosial:</w:t>
            </w:r>
            <w:r>
              <w:rPr>
                <w:sz w:val="16"/>
              </w:rPr>
              <w:br/>
              <w:t>- Hakikat &amp; Tipe Lembaga Sosial</w:t>
            </w:r>
            <w:r>
              <w:rPr>
                <w:sz w:val="16"/>
              </w:rPr>
              <w:br/>
              <w:t>- Peran Lembaga (Keluarga, Agama, Ekonomi, Pendidikan, Politik)</w:t>
            </w:r>
            <w:r>
              <w:rPr>
                <w:sz w:val="16"/>
              </w:rPr>
              <w:br/>
              <w:t>- Dinamika Lembaga Sosial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02F3CB" w14:textId="77777777" w:rsidR="001B5753" w:rsidRDefault="00C80CDC">
            <w:r>
              <w:rPr>
                <w:sz w:val="16"/>
              </w:rPr>
              <w:t>Penalaran Kritis, Kewargaan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FA204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075A2E" w14:textId="77777777" w:rsidR="001B5753" w:rsidRDefault="00C80CDC">
            <w:r>
              <w:rPr>
                <w:sz w:val="15"/>
              </w:rPr>
              <w:t>Buku Paket IPS Sosiologi Kelas X, Dokumen Perundang-undangan/Kebijakan Lembaga, Artikel Sosiologi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1B71AD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E4C0F5" w14:textId="77777777" w:rsidR="001B5753" w:rsidRDefault="00C80CDC">
            <w:r>
              <w:rPr>
                <w:sz w:val="15"/>
              </w:rPr>
              <w:t>QS. An-Nisa' [4]: 58 &amp; QS. At-Tahrim [66]: 6</w:t>
            </w:r>
            <w:r>
              <w:rPr>
                <w:sz w:val="15"/>
              </w:rPr>
              <w:br/>
              <w:t>(Amanah dalam kepemimpinan/lembaga dan menjaga ketahanan keluarga)</w:t>
            </w:r>
          </w:p>
        </w:tc>
      </w:tr>
      <w:tr w:rsidR="001B5753" w14:paraId="4F657845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544966" w14:textId="77777777" w:rsidR="001B5753" w:rsidRDefault="00C80CDC">
            <w:pPr>
              <w:jc w:val="center"/>
            </w:pPr>
            <w:r>
              <w:rPr>
                <w:sz w:val="17"/>
              </w:rPr>
              <w:t>5.5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908B6B" w14:textId="77777777" w:rsidR="001B5753" w:rsidRDefault="00C80CDC">
            <w:r>
              <w:rPr>
                <w:i/>
                <w:color w:val="666666"/>
                <w:sz w:val="15"/>
              </w:rPr>
              <w:t>Sama seperti Bab 5: Lembaga Sosial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17F01" w14:textId="77777777" w:rsidR="001B5753" w:rsidRDefault="00C80CDC">
            <w:r>
              <w:rPr>
                <w:sz w:val="17"/>
              </w:rPr>
              <w:t>Murid dapat mengevaluasi adaptasi dan tantangan lembaga sosial di tengah arus modernisasi dan digitalisasi global secara kritis.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B2423A" w14:textId="77777777" w:rsidR="001B5753" w:rsidRDefault="00C80CDC">
            <w:r>
              <w:rPr>
                <w:sz w:val="16"/>
              </w:rPr>
              <w:t>Lembaga Sosial:</w:t>
            </w:r>
            <w:r>
              <w:rPr>
                <w:sz w:val="16"/>
              </w:rPr>
              <w:br/>
              <w:t>- Hakikat &amp; Tipe Lembaga Sosial</w:t>
            </w:r>
            <w:r>
              <w:rPr>
                <w:sz w:val="16"/>
              </w:rPr>
              <w:br/>
              <w:t>- Peran Lembaga (Keluarga, Agama, Ekonomi, Pendidikan, Politik)</w:t>
            </w:r>
            <w:r>
              <w:rPr>
                <w:sz w:val="16"/>
              </w:rPr>
              <w:br/>
              <w:t>- Dinamika Lembaga Sosial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A35E06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5AD371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6E3F90" w14:textId="77777777" w:rsidR="001B5753" w:rsidRDefault="00C80CDC">
            <w:r>
              <w:rPr>
                <w:sz w:val="15"/>
              </w:rPr>
              <w:t>Buku Paket IPS Sosiologi Kelas X, Dokumen Perundang-undangan/Kebijakan Lembaga, Artikel Sosiologi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8942EB" w14:textId="77777777" w:rsidR="001B5753" w:rsidRDefault="00C80CDC">
            <w:pPr>
              <w:jc w:val="center"/>
            </w:pPr>
            <w:r>
              <w:rPr>
                <w:sz w:val="16"/>
              </w:rPr>
              <w:t>12 JP (3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D8EF69" w14:textId="77777777" w:rsidR="001B5753" w:rsidRDefault="00C80CDC">
            <w:r>
              <w:rPr>
                <w:sz w:val="15"/>
              </w:rPr>
              <w:t>QS. An-Nisa' [4]: 58 &amp; QS. At-Tahrim [66]: 6</w:t>
            </w:r>
            <w:r>
              <w:rPr>
                <w:sz w:val="15"/>
              </w:rPr>
              <w:br/>
              <w:t>(Amanah dalam kepemimpinan/lembaga dan menjaga ketahanan keluarga)</w:t>
            </w:r>
          </w:p>
        </w:tc>
      </w:tr>
      <w:tr w:rsidR="001B5753" w14:paraId="6E9654C1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C3C2D7" w14:textId="77777777" w:rsidR="001B5753" w:rsidRDefault="00C80CDC">
            <w:pPr>
              <w:jc w:val="center"/>
            </w:pPr>
            <w:r>
              <w:rPr>
                <w:sz w:val="17"/>
              </w:rPr>
              <w:t>5.6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16686E" w14:textId="77777777" w:rsidR="001B5753" w:rsidRDefault="00C80CDC">
            <w:r>
              <w:rPr>
                <w:i/>
                <w:color w:val="666666"/>
                <w:sz w:val="15"/>
              </w:rPr>
              <w:t>Sama seperti Bab 5: Lembaga Sosial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B111E4" w14:textId="77777777" w:rsidR="001B5753" w:rsidRDefault="00C80CDC">
            <w:r>
              <w:rPr>
                <w:sz w:val="17"/>
              </w:rPr>
              <w:t xml:space="preserve">Murid dapat merancang rekomendasi solusi atau gagasan pembaruan fungsi lembaga sosial tingkat lokal dalam menangani isu sosial kemasyarakatan </w:t>
            </w:r>
            <w:r>
              <w:rPr>
                <w:sz w:val="17"/>
              </w:rPr>
              <w:lastRenderedPageBreak/>
              <w:t>secara terstruktur.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081EB6" w14:textId="77777777" w:rsidR="001B5753" w:rsidRDefault="00C80CDC">
            <w:r>
              <w:rPr>
                <w:sz w:val="16"/>
              </w:rPr>
              <w:lastRenderedPageBreak/>
              <w:t>Lembaga Sosial:</w:t>
            </w:r>
            <w:r>
              <w:rPr>
                <w:sz w:val="16"/>
              </w:rPr>
              <w:br/>
              <w:t>- Hakikat &amp; Tipe Lembaga Sosial</w:t>
            </w:r>
            <w:r>
              <w:rPr>
                <w:sz w:val="16"/>
              </w:rPr>
              <w:br/>
              <w:t xml:space="preserve">- Peran Lembaga </w:t>
            </w:r>
            <w:r>
              <w:rPr>
                <w:sz w:val="16"/>
              </w:rPr>
              <w:lastRenderedPageBreak/>
              <w:t>(Keluarga, Agama, Ekonomi, Pendidikan, Politik)</w:t>
            </w:r>
            <w:r>
              <w:rPr>
                <w:sz w:val="16"/>
              </w:rPr>
              <w:br/>
              <w:t>- Dinamika Lembaga Sosial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8EFF83" w14:textId="77777777" w:rsidR="001B5753" w:rsidRDefault="00C80CDC">
            <w:r>
              <w:rPr>
                <w:sz w:val="16"/>
              </w:rPr>
              <w:lastRenderedPageBreak/>
              <w:t>Kreativitas, Kewargaan, Komunikasi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ED24CB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A988A4" w14:textId="77777777" w:rsidR="001B5753" w:rsidRDefault="00C80CDC">
            <w:r>
              <w:rPr>
                <w:sz w:val="15"/>
              </w:rPr>
              <w:t xml:space="preserve">Buku Paket IPS Sosiologi Kelas X, Dokumen Perundang-undangan/Kebijakan Lembaga, Artikel </w:t>
            </w:r>
            <w:r>
              <w:rPr>
                <w:sz w:val="15"/>
              </w:rPr>
              <w:lastRenderedPageBreak/>
              <w:t>Sosiologi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EBD006" w14:textId="77777777" w:rsidR="001B5753" w:rsidRDefault="00C80CDC">
            <w:pPr>
              <w:jc w:val="center"/>
            </w:pPr>
            <w:r>
              <w:rPr>
                <w:sz w:val="16"/>
              </w:rPr>
              <w:lastRenderedPageBreak/>
              <w:t>12 JP (3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9844DA" w14:textId="77777777" w:rsidR="001B5753" w:rsidRDefault="00C80CDC">
            <w:r>
              <w:rPr>
                <w:sz w:val="15"/>
              </w:rPr>
              <w:t>QS. An-Nisa' [4]: 58 &amp; QS. At-Tahrim [66]: 6</w:t>
            </w:r>
            <w:r>
              <w:rPr>
                <w:sz w:val="15"/>
              </w:rPr>
              <w:br/>
              <w:t xml:space="preserve">(Amanah dalam kepemimpinan/lembaga dan menjaga ketahanan </w:t>
            </w:r>
            <w:r>
              <w:rPr>
                <w:sz w:val="15"/>
              </w:rPr>
              <w:lastRenderedPageBreak/>
              <w:t>keluarga)</w:t>
            </w:r>
          </w:p>
        </w:tc>
      </w:tr>
      <w:tr w:rsidR="001B5753" w14:paraId="44F2DECD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3E7018" w14:textId="77777777" w:rsidR="001B5753" w:rsidRDefault="00C80CDC">
            <w:pPr>
              <w:jc w:val="center"/>
            </w:pPr>
            <w:r>
              <w:rPr>
                <w:sz w:val="17"/>
              </w:rPr>
              <w:lastRenderedPageBreak/>
              <w:t>6.1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5F057D" w14:textId="77777777" w:rsidR="001B5753" w:rsidRDefault="00C80CDC">
            <w:r>
              <w:rPr>
                <w:b/>
                <w:color w:val="1B365D"/>
              </w:rPr>
              <w:t>[Bab 6: Gejala Sosial dalam Masyarakat Multikultural]</w:t>
            </w:r>
            <w:r>
              <w:rPr>
                <w:b/>
                <w:color w:val="1B365D"/>
              </w:rPr>
              <w:br/>
            </w:r>
            <w:r>
              <w:rPr>
                <w:sz w:val="16"/>
              </w:rPr>
              <w:t>Pemahaman Konsep: Menganalisis keragaman manusia dan budayanya sebagai bagian dari masyarakat multikultural.</w:t>
            </w:r>
            <w:r>
              <w:rPr>
                <w:sz w:val="16"/>
              </w:rPr>
              <w:br/>
              <w:t>Keterampilan Proses: Mengamati fenomena, menganalisis, mengomunikasikan media digital, dan merefleksikan.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624BCE" w14:textId="77777777" w:rsidR="001B5753" w:rsidRDefault="00C80CDC">
            <w:r>
              <w:rPr>
                <w:sz w:val="17"/>
              </w:rPr>
              <w:t>Murid dapat mendeskripsikan konsep keragaman budaya, struktur sosial (diferensiasi dan stratifikasi), serta masyarakat multikultural secara konseptual.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02C492" w14:textId="77777777" w:rsidR="001B5753" w:rsidRDefault="00C80CDC">
            <w:r>
              <w:rPr>
                <w:sz w:val="16"/>
              </w:rPr>
              <w:t>Masyarakat Multikultural:</w:t>
            </w:r>
            <w:r>
              <w:rPr>
                <w:sz w:val="16"/>
              </w:rPr>
              <w:br/>
              <w:t>- Keragaman &amp; Stratifikasi/Diferensiasi</w:t>
            </w:r>
            <w:r>
              <w:rPr>
                <w:sz w:val="16"/>
              </w:rPr>
              <w:br/>
              <w:t>- Harmoni, Conflict &amp; Integrasi</w:t>
            </w:r>
            <w:r>
              <w:rPr>
                <w:sz w:val="16"/>
              </w:rPr>
              <w:br/>
              <w:t>- Sikap Inklusif &amp; Toleransi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3C11B8" w14:textId="77777777" w:rsidR="001B5753" w:rsidRDefault="00C80CDC">
            <w:r>
              <w:rPr>
                <w:sz w:val="16"/>
              </w:rPr>
              <w:t>Keimanan &amp; Ketakwaan, Kewargaan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80A346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048FB1" w14:textId="77777777" w:rsidR="001B5753" w:rsidRDefault="00C80CDC">
            <w:r>
              <w:rPr>
                <w:sz w:val="15"/>
              </w:rPr>
              <w:t>Buku Paket IPS Sosiologi Kelas X, Dokumenter Kebudayaan Nusantara, Jurnal Multikulturalisme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095C48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260DF8" w14:textId="77777777" w:rsidR="001B5753" w:rsidRDefault="00C80CDC">
            <w:r>
              <w:rPr>
                <w:sz w:val="15"/>
              </w:rPr>
              <w:t>QS. Al-Hujurat [49]: 13 &amp; QS. Ar-Rum [30]: 22</w:t>
            </w:r>
            <w:r>
              <w:rPr>
                <w:sz w:val="15"/>
              </w:rPr>
              <w:br/>
              <w:t>(Keberagaman bahasa, warna kulit, dan bangsa sebagai tanda kebesaran Allah)</w:t>
            </w:r>
          </w:p>
        </w:tc>
      </w:tr>
      <w:tr w:rsidR="001B5753" w14:paraId="65175092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5A341E" w14:textId="77777777" w:rsidR="001B5753" w:rsidRDefault="00C80CDC">
            <w:pPr>
              <w:jc w:val="center"/>
            </w:pPr>
            <w:r>
              <w:rPr>
                <w:sz w:val="17"/>
              </w:rPr>
              <w:t>6.2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8E2DFB" w14:textId="77777777" w:rsidR="001B5753" w:rsidRDefault="00C80CDC">
            <w:r>
              <w:rPr>
                <w:i/>
                <w:color w:val="666666"/>
                <w:sz w:val="15"/>
              </w:rPr>
              <w:t>Sama seperti Bab 6: Gejala Sosial dalam Masyarakat Multikultural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86A9D0" w14:textId="77777777" w:rsidR="001B5753" w:rsidRDefault="00C80CDC">
            <w:r>
              <w:rPr>
                <w:sz w:val="17"/>
              </w:rPr>
              <w:t>Murid dapat mengidentifikasi ragam gejala sosial, stereotip, dan prasangka yang berpotensi timbul dalam masyarakat heterogen secara cermat.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2D49CF" w14:textId="77777777" w:rsidR="001B5753" w:rsidRDefault="00C80CDC">
            <w:r>
              <w:rPr>
                <w:sz w:val="16"/>
              </w:rPr>
              <w:t>Masyarakat Multikultural:</w:t>
            </w:r>
            <w:r>
              <w:rPr>
                <w:sz w:val="16"/>
              </w:rPr>
              <w:br/>
              <w:t>- Keragaman &amp; Stratifikasi/Diferensiasi</w:t>
            </w:r>
            <w:r>
              <w:rPr>
                <w:sz w:val="16"/>
              </w:rPr>
              <w:br/>
              <w:t>- Harmoni, Conflict &amp; Integrasi</w:t>
            </w:r>
            <w:r>
              <w:rPr>
                <w:sz w:val="16"/>
              </w:rPr>
              <w:br/>
              <w:t>- Sikap Inklusif &amp; Toleransi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755B58" w14:textId="77777777" w:rsidR="001B5753" w:rsidRDefault="00C80CDC">
            <w:r>
              <w:rPr>
                <w:sz w:val="16"/>
              </w:rPr>
              <w:t>Penalaran Kritis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3E3FC5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214BA0" w14:textId="77777777" w:rsidR="001B5753" w:rsidRDefault="00C80CDC">
            <w:r>
              <w:rPr>
                <w:sz w:val="15"/>
              </w:rPr>
              <w:t>Buku Paket IPS Sosiologi Kelas X, Dokumenter Kebudayaan Nusantara, Jurnal Multikulturalisme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5EF18B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655914" w14:textId="77777777" w:rsidR="001B5753" w:rsidRDefault="00C80CDC">
            <w:r>
              <w:rPr>
                <w:sz w:val="15"/>
              </w:rPr>
              <w:t>QS. Al-Hujurat [49]: 13 &amp; QS. Ar-Rum [30]: 22</w:t>
            </w:r>
            <w:r>
              <w:rPr>
                <w:sz w:val="15"/>
              </w:rPr>
              <w:br/>
              <w:t>(Keberagaman bahasa, warna kulit, dan bangsa sebagai tanda kebesaran Allah)</w:t>
            </w:r>
          </w:p>
        </w:tc>
      </w:tr>
      <w:tr w:rsidR="001B5753" w14:paraId="74A6E00E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7AD7FD" w14:textId="77777777" w:rsidR="001B5753" w:rsidRDefault="00C80CDC">
            <w:pPr>
              <w:jc w:val="center"/>
            </w:pPr>
            <w:r>
              <w:rPr>
                <w:sz w:val="17"/>
              </w:rPr>
              <w:t>6.3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BCF4C7" w14:textId="77777777" w:rsidR="001B5753" w:rsidRDefault="00C80CDC">
            <w:r>
              <w:rPr>
                <w:i/>
                <w:color w:val="666666"/>
                <w:sz w:val="15"/>
              </w:rPr>
              <w:t>Sama seperti Bab 6: Gejala Sosial dalam Masyarakat Multikultural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075767" w14:textId="77777777" w:rsidR="001B5753" w:rsidRDefault="00C80CDC">
            <w:r>
              <w:rPr>
                <w:sz w:val="17"/>
              </w:rPr>
              <w:t>Murid dapat menganalisis potensi konflik sosial dan potensi integrasi dalam dinamika masyarakat multikultural secara analitis dan objektif.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B0CD7B" w14:textId="77777777" w:rsidR="001B5753" w:rsidRDefault="00C80CDC">
            <w:r>
              <w:rPr>
                <w:sz w:val="16"/>
              </w:rPr>
              <w:t>Masyarakat Multikultural:</w:t>
            </w:r>
            <w:r>
              <w:rPr>
                <w:sz w:val="16"/>
              </w:rPr>
              <w:br/>
              <w:t>- Keragaman &amp; Stratifikasi/Diferensiasi</w:t>
            </w:r>
            <w:r>
              <w:rPr>
                <w:sz w:val="16"/>
              </w:rPr>
              <w:br/>
              <w:t>- Harmoni, Conflict &amp; Integrasi</w:t>
            </w:r>
            <w:r>
              <w:rPr>
                <w:sz w:val="16"/>
              </w:rPr>
              <w:br/>
              <w:t>- Sikap Inklusif &amp; Toleransi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C7B0F7" w14:textId="77777777" w:rsidR="001B5753" w:rsidRDefault="00C80CDC">
            <w:r>
              <w:rPr>
                <w:sz w:val="16"/>
              </w:rPr>
              <w:t>Penalaran Kritis, Kewargaan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DCBFF0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BC0340" w14:textId="77777777" w:rsidR="001B5753" w:rsidRDefault="00C80CDC">
            <w:r>
              <w:rPr>
                <w:sz w:val="15"/>
              </w:rPr>
              <w:t>Buku Paket IPS Sosiologi Kelas X, Dokumenter Kebudayaan Nusantara, Jurnal Multikulturalisme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D57669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2C618B" w14:textId="77777777" w:rsidR="001B5753" w:rsidRDefault="00C80CDC">
            <w:r>
              <w:rPr>
                <w:sz w:val="15"/>
              </w:rPr>
              <w:t>QS. Al-Hujurat [49]: 13 &amp; QS. Ar-Rum [30]: 22</w:t>
            </w:r>
            <w:r>
              <w:rPr>
                <w:sz w:val="15"/>
              </w:rPr>
              <w:br/>
              <w:t>(Keberagaman bahasa, warna kulit, dan bangsa sebagai tanda kebesaran Allah)</w:t>
            </w:r>
          </w:p>
        </w:tc>
      </w:tr>
      <w:tr w:rsidR="001B5753" w14:paraId="52845185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EE776A" w14:textId="77777777" w:rsidR="001B5753" w:rsidRDefault="00C80CDC">
            <w:pPr>
              <w:jc w:val="center"/>
            </w:pPr>
            <w:r>
              <w:rPr>
                <w:sz w:val="17"/>
              </w:rPr>
              <w:t>6.4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6800F1" w14:textId="77777777" w:rsidR="001B5753" w:rsidRDefault="00C80CDC">
            <w:r>
              <w:rPr>
                <w:i/>
                <w:color w:val="666666"/>
                <w:sz w:val="15"/>
              </w:rPr>
              <w:t>Sama seperti Bab 6: Gejala Sosial dalam Masyarakat Multikultural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F8D274" w14:textId="77777777" w:rsidR="001B5753" w:rsidRDefault="00C80CDC">
            <w:r>
              <w:rPr>
                <w:sz w:val="17"/>
              </w:rPr>
              <w:t>Murid dapat mengevaluasi tantangan etnosentrisme, eksklusivisme, dan primordialisme terhadap konsolidasi persatuan bangsa secara kritis.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AE68C1" w14:textId="77777777" w:rsidR="001B5753" w:rsidRDefault="00C80CDC">
            <w:r>
              <w:rPr>
                <w:sz w:val="16"/>
              </w:rPr>
              <w:t>Masyarakat Multikultural:</w:t>
            </w:r>
            <w:r>
              <w:rPr>
                <w:sz w:val="16"/>
              </w:rPr>
              <w:br/>
              <w:t>- Keragaman &amp; Stratifikasi/Diferensiasi</w:t>
            </w:r>
            <w:r>
              <w:rPr>
                <w:sz w:val="16"/>
              </w:rPr>
              <w:br/>
              <w:t>- Harmoni, Conflict &amp; Integrasi</w:t>
            </w:r>
            <w:r>
              <w:rPr>
                <w:sz w:val="16"/>
              </w:rPr>
              <w:br/>
              <w:t xml:space="preserve">- Sikap Inklusif &amp; </w:t>
            </w:r>
            <w:r>
              <w:rPr>
                <w:sz w:val="16"/>
              </w:rPr>
              <w:lastRenderedPageBreak/>
              <w:t>Toleransi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F5B24B" w14:textId="77777777" w:rsidR="001B5753" w:rsidRDefault="00C80CDC">
            <w:r>
              <w:rPr>
                <w:sz w:val="16"/>
              </w:rPr>
              <w:lastRenderedPageBreak/>
              <w:t>Penalaran Kritis, Kewargaan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C5BC97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E0C26C" w14:textId="77777777" w:rsidR="001B5753" w:rsidRDefault="00C80CDC">
            <w:r>
              <w:rPr>
                <w:sz w:val="15"/>
              </w:rPr>
              <w:t>Buku Paket IPS Sosiologi Kelas X, Dokumenter Kebudayaan Nusantara, Jurnal Multikulturalisme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8F93B5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2264DD" w14:textId="77777777" w:rsidR="001B5753" w:rsidRDefault="00C80CDC">
            <w:r>
              <w:rPr>
                <w:sz w:val="15"/>
              </w:rPr>
              <w:t>QS. Al-Hujurat [49]: 13 &amp; QS. Ar-Rum [30]: 22</w:t>
            </w:r>
            <w:r>
              <w:rPr>
                <w:sz w:val="15"/>
              </w:rPr>
              <w:br/>
              <w:t>(Keberagaman bahasa, warna kulit, dan bangsa sebagai tanda kebesaran Allah)</w:t>
            </w:r>
          </w:p>
        </w:tc>
      </w:tr>
      <w:tr w:rsidR="001B5753" w14:paraId="2B002F50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382FFC" w14:textId="77777777" w:rsidR="001B5753" w:rsidRDefault="00C80CDC">
            <w:pPr>
              <w:jc w:val="center"/>
            </w:pPr>
            <w:r>
              <w:rPr>
                <w:sz w:val="17"/>
              </w:rPr>
              <w:t>6.5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95BA21" w14:textId="77777777" w:rsidR="001B5753" w:rsidRDefault="00C80CDC">
            <w:r>
              <w:rPr>
                <w:i/>
                <w:color w:val="666666"/>
                <w:sz w:val="15"/>
              </w:rPr>
              <w:t>Sama seperti Bab 6: Gejala Sosial dalam Masyarakat Multikultural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1246D2" w14:textId="77777777" w:rsidR="001B5753" w:rsidRDefault="00C80CDC">
            <w:r>
              <w:rPr>
                <w:sz w:val="17"/>
              </w:rPr>
              <w:t>Murid dapat merancang strategi atau solusi inovatif berbasis sikap inklusif, toleransi, dan ikhtiar persatuan untuk merawat keberagaman secara solutif.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33E764" w14:textId="77777777" w:rsidR="001B5753" w:rsidRDefault="00C80CDC">
            <w:r>
              <w:rPr>
                <w:sz w:val="16"/>
              </w:rPr>
              <w:t>Masyarakat Multikultural:</w:t>
            </w:r>
            <w:r>
              <w:rPr>
                <w:sz w:val="16"/>
              </w:rPr>
              <w:br/>
              <w:t>- Keragaman &amp; Stratifikasi/Diferensiasi</w:t>
            </w:r>
            <w:r>
              <w:rPr>
                <w:sz w:val="16"/>
              </w:rPr>
              <w:br/>
              <w:t>- Harmoni, Conflict &amp; Integrasi</w:t>
            </w:r>
            <w:r>
              <w:rPr>
                <w:sz w:val="16"/>
              </w:rPr>
              <w:br/>
              <w:t>- Sikap Inklusif &amp; Toleransi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40BFF8" w14:textId="77777777" w:rsidR="001B5753" w:rsidRDefault="00C80CDC">
            <w:r>
              <w:rPr>
                <w:sz w:val="16"/>
              </w:rPr>
              <w:t>Kreativitas, Kewargaan, Kolaborasi</w:t>
            </w:r>
          </w:p>
        </w:tc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11625C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75863" w14:textId="77777777" w:rsidR="001B5753" w:rsidRDefault="00C80CDC">
            <w:r>
              <w:rPr>
                <w:sz w:val="15"/>
              </w:rPr>
              <w:t>Buku Paket IPS Sosiologi Kelas X, Dokumenter Kebudayaan Nusantara, Jurnal Multikulturalisme</w:t>
            </w:r>
          </w:p>
        </w:tc>
        <w:tc>
          <w:tcPr>
            <w:tcW w:w="11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069633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BCD9E7" w14:textId="77777777" w:rsidR="001B5753" w:rsidRDefault="00C80CDC">
            <w:r>
              <w:rPr>
                <w:sz w:val="15"/>
              </w:rPr>
              <w:t>QS. Al-Hujurat [49]: 13 &amp; QS. Ar-Rum [30]: 22</w:t>
            </w:r>
            <w:r>
              <w:rPr>
                <w:sz w:val="15"/>
              </w:rPr>
              <w:br/>
              <w:t>(Keberagaman bahasa, warna kulit, dan bangsa sebagai tanda kebesaran Allah)</w:t>
            </w:r>
          </w:p>
        </w:tc>
      </w:tr>
      <w:tr w:rsidR="001B5753" w14:paraId="5BFB48FE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23D2F9" w14:textId="77777777" w:rsidR="001B5753" w:rsidRDefault="00C80CDC">
            <w:pPr>
              <w:jc w:val="center"/>
            </w:pPr>
            <w:r>
              <w:rPr>
                <w:sz w:val="17"/>
              </w:rPr>
              <w:t>6.6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617C2B" w14:textId="77777777" w:rsidR="001B5753" w:rsidRDefault="00C80CDC">
            <w:r>
              <w:rPr>
                <w:i/>
                <w:color w:val="666666"/>
                <w:sz w:val="15"/>
              </w:rPr>
              <w:t>Sama seperti Bab 6: Gejala Sosial dalam Masyarakat Multikultural</w:t>
            </w:r>
          </w:p>
        </w:tc>
        <w:tc>
          <w:tcPr>
            <w:tcW w:w="316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E52BB4" w14:textId="77777777" w:rsidR="001B5753" w:rsidRDefault="00C80CDC">
            <w:r>
              <w:rPr>
                <w:sz w:val="17"/>
              </w:rPr>
              <w:t>Murid dapat merefleksikan pengalaman pribadi dalam keberagaman serta menyusun aksi nyata tindak lanjut (peta jalan kebhinekaan) dan menyajikannya secara digital.</w:t>
            </w:r>
            <w:r>
              <w:rPr>
                <w:b/>
                <w:color w:val="C0392B"/>
                <w:sz w:val="15"/>
              </w:rPr>
              <w:br/>
              <w:t>[HOTS - High Order Thinking]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CA6710" w14:textId="77777777" w:rsidR="001B5753" w:rsidRDefault="00C80CDC">
            <w:r>
              <w:rPr>
                <w:sz w:val="16"/>
              </w:rPr>
              <w:t>Masyarakat Multikultural:</w:t>
            </w:r>
            <w:r>
              <w:rPr>
                <w:sz w:val="16"/>
              </w:rPr>
              <w:br/>
              <w:t>- Keragaman &amp; Stratifikasi/Diferensiasi</w:t>
            </w:r>
            <w:r>
              <w:rPr>
                <w:sz w:val="16"/>
              </w:rPr>
              <w:br/>
              <w:t>- Harmoni, Conflict &amp; Integrasi</w:t>
            </w:r>
            <w:r>
              <w:rPr>
                <w:sz w:val="16"/>
              </w:rPr>
              <w:br/>
              <w:t>- Sikap Inklusif &amp; Toleransi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E0C660" w14:textId="77777777" w:rsidR="001B5753" w:rsidRDefault="00C80CDC">
            <w:r>
              <w:rPr>
                <w:sz w:val="16"/>
              </w:rPr>
              <w:t>Kemandirian, Komunikasi, Kreativitas</w:t>
            </w:r>
          </w:p>
        </w:tc>
        <w:tc>
          <w:tcPr>
            <w:tcW w:w="86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272A7E" w14:textId="77777777" w:rsidR="001B5753" w:rsidRDefault="00C80CDC">
            <w:pPr>
              <w:jc w:val="center"/>
            </w:pPr>
            <w:r>
              <w:rPr>
                <w:sz w:val="16"/>
              </w:rPr>
              <w:t>Kelas X / Fase E</w:t>
            </w:r>
          </w:p>
        </w:tc>
        <w:tc>
          <w:tcPr>
            <w:tcW w:w="1584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95E08B" w14:textId="77777777" w:rsidR="001B5753" w:rsidRDefault="00C80CDC">
            <w:r>
              <w:rPr>
                <w:sz w:val="15"/>
              </w:rPr>
              <w:t>Buku Paket IPS Sosiologi Kelas X, Dokumenter Kebudayaan Nusantara, Jurnal Multikulturalisme</w:t>
            </w:r>
          </w:p>
        </w:tc>
        <w:tc>
          <w:tcPr>
            <w:tcW w:w="115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D3F3E4" w14:textId="77777777" w:rsidR="001B5753" w:rsidRDefault="00C80CDC">
            <w:pPr>
              <w:jc w:val="center"/>
            </w:pPr>
            <w:r>
              <w:rPr>
                <w:sz w:val="16"/>
              </w:rPr>
              <w:t>16 JP (4 Pertemuan)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01891" w14:textId="77777777" w:rsidR="001B5753" w:rsidRDefault="00C80CDC">
            <w:r>
              <w:rPr>
                <w:sz w:val="15"/>
              </w:rPr>
              <w:t>QS. Al-Hujurat [49]: 13 &amp; QS. Ar-Rum [30]: 22</w:t>
            </w:r>
            <w:r>
              <w:rPr>
                <w:sz w:val="15"/>
              </w:rPr>
              <w:br/>
              <w:t>(Keberagaman bahasa, warna kulit, dan bangsa sebagai tanda kebesaran Allah)</w:t>
            </w:r>
          </w:p>
        </w:tc>
      </w:tr>
    </w:tbl>
    <w:p w14:paraId="522C272B" w14:textId="42676E96" w:rsidR="001B5753" w:rsidRDefault="001B5753">
      <w:pPr>
        <w:spacing w:after="240"/>
      </w:pPr>
    </w:p>
    <w:p w14:paraId="150A3C8C" w14:textId="44C18859" w:rsidR="00443215" w:rsidRDefault="00443215">
      <w:pPr>
        <w:spacing w:after="240"/>
      </w:pPr>
    </w:p>
    <w:p w14:paraId="4F988EBB" w14:textId="2AA871F4" w:rsidR="00443215" w:rsidRDefault="00443215">
      <w:pPr>
        <w:spacing w:after="240"/>
      </w:pPr>
    </w:p>
    <w:p w14:paraId="1B286533" w14:textId="77BF1AE8" w:rsidR="00443215" w:rsidRDefault="00443215">
      <w:pPr>
        <w:spacing w:after="240"/>
      </w:pPr>
    </w:p>
    <w:p w14:paraId="79783E20" w14:textId="14F4379B" w:rsidR="00443215" w:rsidRDefault="00443215">
      <w:pPr>
        <w:spacing w:after="240"/>
      </w:pPr>
    </w:p>
    <w:p w14:paraId="7805F106" w14:textId="16FC6A78" w:rsidR="00443215" w:rsidRDefault="00443215">
      <w:pPr>
        <w:spacing w:after="240"/>
      </w:pPr>
    </w:p>
    <w:p w14:paraId="6C8D37A9" w14:textId="009D45D6" w:rsidR="00443215" w:rsidRDefault="00443215">
      <w:pPr>
        <w:spacing w:after="240"/>
      </w:pPr>
    </w:p>
    <w:p w14:paraId="2C8CC489" w14:textId="2F5C928A" w:rsidR="00443215" w:rsidRDefault="00443215">
      <w:pPr>
        <w:spacing w:after="240"/>
      </w:pPr>
    </w:p>
    <w:p w14:paraId="0D6E8427" w14:textId="63D076FD" w:rsidR="00443215" w:rsidRDefault="00443215">
      <w:pPr>
        <w:spacing w:after="240"/>
      </w:pPr>
    </w:p>
    <w:p w14:paraId="4F71AD8D" w14:textId="77777777" w:rsidR="00443215" w:rsidRDefault="00443215">
      <w:pPr>
        <w:spacing w:after="240"/>
      </w:pPr>
    </w:p>
    <w:p w14:paraId="02E76FDF" w14:textId="77777777" w:rsidR="001B5753" w:rsidRDefault="00C80CDC">
      <w:pPr>
        <w:spacing w:before="280" w:after="120"/>
      </w:pPr>
      <w:r>
        <w:rPr>
          <w:b/>
          <w:color w:val="1B365D"/>
          <w:sz w:val="24"/>
        </w:rPr>
        <w:lastRenderedPageBreak/>
        <w:t>III. SINTESIS ALUR TUJUAN PEMBELAJARAN (ATP) SESUAI LEVEL BERPIKIR TAKSONOMI BLOOM</w:t>
      </w:r>
    </w:p>
    <w:p w14:paraId="03BB69EC" w14:textId="77777777" w:rsidR="001B5753" w:rsidRDefault="00C80CDC">
      <w:pPr>
        <w:spacing w:after="120"/>
      </w:pPr>
      <w:r>
        <w:t>Alur Tujuan Pembelajaran (ATP) disusun secara berurutan dan berjenjang dari level pemahaman dasar (C1-C2) menuju penerapan (C3), analisis (C4), evaluasi (C5), hingga penciptaan/kreativitas (C6) pada akhir fase. Berikut adalah peta alur perkembangan kompetensi murid selama Fase E:</w:t>
      </w:r>
    </w:p>
    <w:p w14:paraId="47DB4725" w14:textId="77777777" w:rsidR="001B5753" w:rsidRDefault="00C80CDC">
      <w:pPr>
        <w:spacing w:before="80" w:after="40"/>
        <w:ind w:left="288"/>
      </w:pPr>
      <w:r>
        <w:rPr>
          <w:b/>
          <w:color w:val="1B365D"/>
        </w:rPr>
        <w:t>1. Tahap Pemahaman Dasar (Understanding &amp; Remembering - Bloom C1-C2)</w:t>
      </w:r>
    </w:p>
    <w:p w14:paraId="4245410E" w14:textId="77777777" w:rsidR="001B5753" w:rsidRDefault="00C80CDC">
      <w:pPr>
        <w:spacing w:after="120"/>
        <w:ind w:left="576"/>
      </w:pPr>
      <w:r>
        <w:t>Fokus: Membangun fondasi konsep dasar Sosiologi, jenis interaksi, tipe tindakan, dan konsep multikulturalisme.</w:t>
      </w:r>
      <w:r>
        <w:br/>
        <w:t>TP Terkait: TP 1.1, TP 1.2, TP 2.1, TP 3.1, TP 3.2, TP 4.1, TP 4.2, TP 5.1, TP 5.2, TP 6.1, TP 6.2.</w:t>
      </w:r>
    </w:p>
    <w:p w14:paraId="75DD92D8" w14:textId="77777777" w:rsidR="001B5753" w:rsidRDefault="00C80CDC">
      <w:pPr>
        <w:spacing w:before="80" w:after="40"/>
        <w:ind w:left="288"/>
      </w:pPr>
      <w:r>
        <w:rPr>
          <w:b/>
          <w:color w:val="1B365D"/>
        </w:rPr>
        <w:t>2. Tahap Penerapan &amp; Analisis Terbimbing (Applying &amp; Analyzing - Bloom C3-C4)</w:t>
      </w:r>
    </w:p>
    <w:p w14:paraId="505763BA" w14:textId="77777777" w:rsidR="001B5753" w:rsidRDefault="00C80CDC">
      <w:pPr>
        <w:spacing w:after="120"/>
        <w:ind w:left="576"/>
      </w:pPr>
      <w:r>
        <w:t>Fokus: Menerapkan metode observasi/penelitian, menganalisis hubungan antar-variabel sosial, status/peran, serta struktur lembaga.</w:t>
      </w:r>
      <w:r>
        <w:br/>
        <w:t>TP Terkait: TP 1.3, TP 1.4, TP 2.2, TP 2.3, TP 2.4, TP 3.3, TP 3.4, TP 4.3, TP 4.4, TP 5.3, TP 5.4, TP 6.3.</w:t>
      </w:r>
    </w:p>
    <w:p w14:paraId="4399A8C4" w14:textId="77777777" w:rsidR="001B5753" w:rsidRDefault="00C80CDC">
      <w:pPr>
        <w:spacing w:before="80" w:after="40"/>
        <w:ind w:left="288"/>
      </w:pPr>
      <w:r>
        <w:rPr>
          <w:b/>
          <w:color w:val="1B365D"/>
        </w:rPr>
        <w:t>3. Tahap Berpikir Tingkat Tinggi &amp; Evaluasi (Evaluating - Bloom C5 / HOTS)</w:t>
      </w:r>
    </w:p>
    <w:p w14:paraId="78EC4B01" w14:textId="77777777" w:rsidR="001B5753" w:rsidRDefault="00C80CDC">
      <w:pPr>
        <w:spacing w:after="120"/>
        <w:ind w:left="576"/>
      </w:pPr>
      <w:r>
        <w:t>Fokus: Mengevaluasi validitas data penelitian, menilai dampak era digital terhadap identitas, mengevaluasi efektivitas lembaga sosial &amp; keharmonian masyarakat.</w:t>
      </w:r>
      <w:r>
        <w:br/>
        <w:t>TP Terkait: TP 1.5, TP 2.5, TP 3.5, TP 4.5, TP 5.5, TP 6.4.</w:t>
      </w:r>
    </w:p>
    <w:p w14:paraId="1C066378" w14:textId="77777777" w:rsidR="001B5753" w:rsidRDefault="00C80CDC">
      <w:pPr>
        <w:spacing w:before="80" w:after="40"/>
        <w:ind w:left="288"/>
      </w:pPr>
      <w:r>
        <w:rPr>
          <w:b/>
          <w:color w:val="1B365D"/>
        </w:rPr>
        <w:t>4. Tahap Penciptaan &amp; Akses Solutif/Reflektif (Creating - Bloom C6 / HOTS)</w:t>
      </w:r>
    </w:p>
    <w:p w14:paraId="3C22C10B" w14:textId="77777777" w:rsidR="001B5753" w:rsidRDefault="00C80CDC">
      <w:pPr>
        <w:spacing w:after="120"/>
        <w:ind w:left="576"/>
      </w:pPr>
      <w:r>
        <w:t>Fokus: Merancang laporan/produk digital, membuat kampanye sosial, menyusun rekomendasi lembaga, serta menyusun portofolio refleksi aksi nyata kebhinekaan.</w:t>
      </w:r>
      <w:r>
        <w:br/>
        <w:t>TP Terkait: TP 1.6, TP 2.6, TP 3.6, TP 4.6, TP 5.6, TP 6.6.</w:t>
      </w:r>
    </w:p>
    <w:p w14:paraId="1C54A3A8" w14:textId="77777777" w:rsidR="001B5753" w:rsidRDefault="001B5753"/>
    <w:tbl>
      <w:tblPr>
        <w:tblW w:w="15426" w:type="dxa"/>
        <w:jc w:val="center"/>
        <w:tblLayout w:type="fixed"/>
        <w:tblLook w:val="04A0" w:firstRow="1" w:lastRow="0" w:firstColumn="1" w:lastColumn="0" w:noHBand="0" w:noVBand="1"/>
      </w:tblPr>
      <w:tblGrid>
        <w:gridCol w:w="7713"/>
        <w:gridCol w:w="7713"/>
      </w:tblGrid>
      <w:tr w:rsidR="001B5753" w14:paraId="76DDFE3B" w14:textId="77777777" w:rsidTr="005E2A8F">
        <w:trPr>
          <w:trHeight w:val="2660"/>
          <w:jc w:val="center"/>
        </w:trPr>
        <w:tc>
          <w:tcPr>
            <w:tcW w:w="7713" w:type="dxa"/>
          </w:tcPr>
          <w:p w14:paraId="761723A4" w14:textId="79CE8B60" w:rsidR="001B5753" w:rsidRDefault="00C80CDC">
            <w:bookmarkStart w:id="0" w:name="_GoBack"/>
            <w:proofErr w:type="spellStart"/>
            <w:r>
              <w:t>Mengetahui</w:t>
            </w:r>
            <w:proofErr w:type="spellEnd"/>
            <w:r>
              <w:t>,</w:t>
            </w:r>
            <w:r>
              <w:br/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br/>
            </w:r>
            <w:r>
              <w:br/>
            </w:r>
            <w:r>
              <w:br/>
            </w:r>
            <w:r>
              <w:br/>
            </w:r>
            <w:proofErr w:type="spellStart"/>
            <w:r w:rsidR="002E416A" w:rsidRPr="002E416A">
              <w:rPr>
                <w:b/>
                <w:bCs/>
                <w:u w:val="single"/>
              </w:rPr>
              <w:t>Marsono</w:t>
            </w:r>
            <w:proofErr w:type="spellEnd"/>
            <w:r w:rsidR="002E416A" w:rsidRPr="002E416A">
              <w:rPr>
                <w:b/>
                <w:bCs/>
                <w:u w:val="single"/>
              </w:rPr>
              <w:t xml:space="preserve">, </w:t>
            </w:r>
            <w:proofErr w:type="spellStart"/>
            <w:r w:rsidR="002E416A" w:rsidRPr="002E416A">
              <w:rPr>
                <w:b/>
                <w:bCs/>
                <w:u w:val="single"/>
              </w:rPr>
              <w:t>S.</w:t>
            </w:r>
            <w:proofErr w:type="gramStart"/>
            <w:r w:rsidR="002E416A" w:rsidRPr="002E416A">
              <w:rPr>
                <w:b/>
                <w:bCs/>
                <w:u w:val="single"/>
              </w:rPr>
              <w:t>Pd.I</w:t>
            </w:r>
            <w:proofErr w:type="spellEnd"/>
            <w:proofErr w:type="gramEnd"/>
            <w:r>
              <w:br/>
              <w:t xml:space="preserve">NIP. </w:t>
            </w:r>
            <w:r w:rsidR="00174F06" w:rsidRPr="00174F06">
              <w:rPr>
                <w:rFonts w:asciiTheme="majorHAnsi" w:hAnsiTheme="majorHAnsi" w:cstheme="majorHAnsi"/>
              </w:rPr>
              <w:t>19780830 200904 1 001</w:t>
            </w:r>
          </w:p>
        </w:tc>
        <w:tc>
          <w:tcPr>
            <w:tcW w:w="7713" w:type="dxa"/>
          </w:tcPr>
          <w:p w14:paraId="70BF52F2" w14:textId="4F9E3033" w:rsidR="001B5753" w:rsidRDefault="002E416A">
            <w:r>
              <w:t>Negeri Antara</w:t>
            </w:r>
            <w:r w:rsidR="00C80CDC">
              <w:t xml:space="preserve">, </w:t>
            </w:r>
            <w:r>
              <w:t xml:space="preserve">13 </w:t>
            </w:r>
            <w:proofErr w:type="spellStart"/>
            <w:r>
              <w:t>Juli</w:t>
            </w:r>
            <w:proofErr w:type="spellEnd"/>
            <w:r>
              <w:t xml:space="preserve"> </w:t>
            </w:r>
            <w:r w:rsidR="00C80CDC">
              <w:t>2026</w:t>
            </w:r>
            <w:r w:rsidR="00C80CDC">
              <w:br/>
              <w:t>Guru Mata Pelajaran IPS-</w:t>
            </w:r>
            <w:proofErr w:type="spellStart"/>
            <w:r w:rsidR="00C80CDC">
              <w:t>Sosiologi</w:t>
            </w:r>
            <w:proofErr w:type="spellEnd"/>
            <w:r w:rsidR="00C80CDC">
              <w:br/>
            </w:r>
            <w:r w:rsidR="00C80CDC">
              <w:br/>
            </w:r>
            <w:r w:rsidR="00C80CDC">
              <w:br/>
            </w:r>
            <w:r w:rsidR="00C80CDC">
              <w:br/>
            </w:r>
            <w:proofErr w:type="spellStart"/>
            <w:r w:rsidRPr="002E416A">
              <w:rPr>
                <w:b/>
                <w:bCs/>
                <w:u w:val="single"/>
              </w:rPr>
              <w:t>Listria</w:t>
            </w:r>
            <w:proofErr w:type="spellEnd"/>
            <w:r w:rsidRPr="002E416A">
              <w:rPr>
                <w:b/>
                <w:bCs/>
                <w:u w:val="single"/>
              </w:rPr>
              <w:t xml:space="preserve"> </w:t>
            </w:r>
            <w:proofErr w:type="spellStart"/>
            <w:r w:rsidRPr="002E416A">
              <w:rPr>
                <w:b/>
                <w:bCs/>
                <w:u w:val="single"/>
              </w:rPr>
              <w:t>Wahyuni</w:t>
            </w:r>
            <w:proofErr w:type="spellEnd"/>
            <w:r w:rsidRPr="002E416A">
              <w:rPr>
                <w:b/>
                <w:bCs/>
                <w:u w:val="single"/>
              </w:rPr>
              <w:t xml:space="preserve">, </w:t>
            </w:r>
            <w:proofErr w:type="spellStart"/>
            <w:proofErr w:type="gramStart"/>
            <w:r w:rsidRPr="002E416A">
              <w:rPr>
                <w:b/>
                <w:bCs/>
                <w:u w:val="single"/>
              </w:rPr>
              <w:t>S.Sos</w:t>
            </w:r>
            <w:proofErr w:type="spellEnd"/>
            <w:proofErr w:type="gramEnd"/>
            <w:r w:rsidRPr="002E416A">
              <w:rPr>
                <w:b/>
                <w:bCs/>
                <w:u w:val="single"/>
              </w:rPr>
              <w:t>, Gr</w:t>
            </w:r>
            <w:r w:rsidR="00C80CDC">
              <w:br/>
              <w:t>NIP</w:t>
            </w:r>
            <w:r>
              <w:t>-</w:t>
            </w:r>
          </w:p>
        </w:tc>
      </w:tr>
      <w:tr w:rsidR="00443215" w14:paraId="1B124948" w14:textId="77777777" w:rsidTr="00443215">
        <w:trPr>
          <w:trHeight w:val="469"/>
          <w:jc w:val="center"/>
        </w:trPr>
        <w:tc>
          <w:tcPr>
            <w:tcW w:w="7713" w:type="dxa"/>
          </w:tcPr>
          <w:p w14:paraId="7999F13A" w14:textId="77777777" w:rsidR="00443215" w:rsidRDefault="00443215"/>
        </w:tc>
        <w:tc>
          <w:tcPr>
            <w:tcW w:w="7713" w:type="dxa"/>
          </w:tcPr>
          <w:p w14:paraId="21C8452B" w14:textId="77777777" w:rsidR="00443215" w:rsidRDefault="00443215"/>
        </w:tc>
      </w:tr>
      <w:bookmarkEnd w:id="0"/>
    </w:tbl>
    <w:p w14:paraId="3D6F0210" w14:textId="77777777" w:rsidR="00C80CDC" w:rsidRDefault="00C80CDC"/>
    <w:sectPr w:rsidR="00C80CDC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F06"/>
    <w:rsid w:val="001B5753"/>
    <w:rsid w:val="0029639D"/>
    <w:rsid w:val="002E416A"/>
    <w:rsid w:val="00326F90"/>
    <w:rsid w:val="00443215"/>
    <w:rsid w:val="005E2A8F"/>
    <w:rsid w:val="00AA1D8D"/>
    <w:rsid w:val="00B47730"/>
    <w:rsid w:val="00C80CD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5BD0F6"/>
  <w14:defaultImageDpi w14:val="300"/>
  <w15:docId w15:val="{4E1AE6DE-C7BF-4EB9-9019-9E131E90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A6CD60-5C0B-44D3-8CAF-FAA0195A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3936</Words>
  <Characters>22441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5</cp:revision>
  <dcterms:created xsi:type="dcterms:W3CDTF">2013-12-23T23:15:00Z</dcterms:created>
  <dcterms:modified xsi:type="dcterms:W3CDTF">2026-07-26T11:25:00Z</dcterms:modified>
  <cp:category/>
</cp:coreProperties>
</file>